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0733" w14:textId="77777777" w:rsidR="0073300F" w:rsidRPr="002B53D7" w:rsidRDefault="00000000" w:rsidP="002B53D7">
      <w:pPr>
        <w:spacing w:after="0" w:line="240" w:lineRule="auto"/>
        <w:jc w:val="center"/>
        <w:rPr>
          <w:rFonts w:ascii="SutonnyOMJ" w:hAnsi="SutonnyOMJ" w:cs="SutonnyOMJ"/>
        </w:rPr>
      </w:pPr>
      <w:proofErr w:type="spellStart"/>
      <w:r w:rsidRPr="002B53D7">
        <w:rPr>
          <w:rFonts w:ascii="SutonnyOMJ" w:hAnsi="SutonnyOMJ" w:cs="SutonnyOMJ"/>
          <w:b/>
          <w:sz w:val="32"/>
        </w:rPr>
        <w:t>ইকোনীটস্</w:t>
      </w:r>
      <w:proofErr w:type="spellEnd"/>
      <w:r w:rsidRPr="002B53D7">
        <w:rPr>
          <w:rFonts w:ascii="SutonnyOMJ" w:hAnsi="SutonnyOMJ" w:cs="SutonnyOMJ"/>
          <w:b/>
          <w:sz w:val="32"/>
        </w:rPr>
        <w:t xml:space="preserve"> লিঃ</w:t>
      </w:r>
    </w:p>
    <w:p w14:paraId="4E3412CF" w14:textId="53BEAF9C" w:rsidR="0073300F" w:rsidRPr="002B53D7" w:rsidRDefault="00000000" w:rsidP="002B53D7">
      <w:pPr>
        <w:spacing w:after="0" w:line="240" w:lineRule="auto"/>
        <w:jc w:val="center"/>
        <w:rPr>
          <w:rFonts w:ascii="SutonnyOMJ" w:hAnsi="SutonnyOMJ" w:cs="SutonnyOMJ"/>
        </w:rPr>
      </w:pPr>
      <w:r w:rsidRPr="002B53D7">
        <w:rPr>
          <w:rFonts w:ascii="SutonnyOMJ" w:hAnsi="SutonnyOMJ" w:cs="SutonnyOMJ"/>
        </w:rPr>
        <w:t xml:space="preserve">এ-৯৯/১, </w:t>
      </w:r>
      <w:proofErr w:type="spellStart"/>
      <w:r w:rsidRPr="002B53D7">
        <w:rPr>
          <w:rFonts w:ascii="SutonnyOMJ" w:hAnsi="SutonnyOMJ" w:cs="SutonnyOMJ"/>
        </w:rPr>
        <w:t>ব</w:t>
      </w:r>
      <w:r w:rsidR="002B53D7" w:rsidRPr="002B53D7">
        <w:rPr>
          <w:rFonts w:ascii="SutonnyOMJ" w:hAnsi="SutonnyOMJ" w:cs="SutonnyOMJ"/>
        </w:rPr>
        <w:t>ক্তা</w:t>
      </w:r>
      <w:r w:rsidRPr="002B53D7">
        <w:rPr>
          <w:rFonts w:ascii="SutonnyOMJ" w:hAnsi="SutonnyOMJ" w:cs="SutonnyOMJ"/>
        </w:rPr>
        <w:t>রপুর</w:t>
      </w:r>
      <w:proofErr w:type="spellEnd"/>
      <w:r w:rsidRPr="002B53D7">
        <w:rPr>
          <w:rFonts w:ascii="SutonnyOMJ" w:hAnsi="SutonnyOMJ" w:cs="SutonnyOMJ"/>
        </w:rPr>
        <w:t>, কালিয়াকৈর, গাজীপুর-১৭৫০।</w:t>
      </w:r>
      <w:r w:rsidRPr="002B53D7">
        <w:rPr>
          <w:rFonts w:ascii="SutonnyOMJ" w:hAnsi="SutonnyOMJ" w:cs="SutonnyOMJ"/>
        </w:rPr>
        <w:br/>
      </w:r>
      <w:proofErr w:type="spellStart"/>
      <w:r w:rsidRPr="002B53D7">
        <w:rPr>
          <w:rFonts w:ascii="SutonnyOMJ" w:hAnsi="SutonnyOMJ" w:cs="SutonnyOMJ"/>
        </w:rPr>
        <w:t>ফোন</w:t>
      </w:r>
      <w:proofErr w:type="spellEnd"/>
      <w:r w:rsidRPr="002B53D7">
        <w:rPr>
          <w:rFonts w:ascii="SutonnyOMJ" w:hAnsi="SutonnyOMJ" w:cs="SutonnyOMJ"/>
        </w:rPr>
        <w:t>: ০১৭৪২৭২০০৩৪</w:t>
      </w:r>
    </w:p>
    <w:p w14:paraId="3EC25C87" w14:textId="781EE5F1" w:rsidR="0073300F" w:rsidRPr="00216D7E" w:rsidRDefault="00000000" w:rsidP="002B53D7">
      <w:pPr>
        <w:spacing w:after="240" w:line="240" w:lineRule="auto"/>
        <w:jc w:val="center"/>
        <w:rPr>
          <w:rFonts w:ascii="SutonnyOMJ" w:hAnsi="SutonnyOMJ" w:cs="SutonnyOMJ"/>
          <w:u w:val="thick"/>
        </w:rPr>
      </w:pPr>
      <w:proofErr w:type="spellStart"/>
      <w:r w:rsidRPr="00216D7E">
        <w:rPr>
          <w:rFonts w:ascii="SutonnyOMJ" w:hAnsi="SutonnyOMJ" w:cs="SutonnyOMJ"/>
          <w:b/>
          <w:sz w:val="24"/>
          <w:u w:val="thick"/>
        </w:rPr>
        <w:t>ছুটির</w:t>
      </w:r>
      <w:proofErr w:type="spellEnd"/>
      <w:r w:rsidRPr="00216D7E">
        <w:rPr>
          <w:rFonts w:ascii="SutonnyOMJ" w:hAnsi="SutonnyOMJ" w:cs="SutonnyOMJ"/>
          <w:b/>
          <w:sz w:val="24"/>
          <w:u w:val="thick"/>
        </w:rPr>
        <w:t xml:space="preserve"> আবেদন </w:t>
      </w:r>
      <w:proofErr w:type="spellStart"/>
      <w:r w:rsidRPr="00216D7E">
        <w:rPr>
          <w:rFonts w:ascii="SutonnyOMJ" w:hAnsi="SutonnyOMJ" w:cs="SutonnyOMJ"/>
          <w:b/>
          <w:sz w:val="24"/>
          <w:u w:val="thick"/>
        </w:rPr>
        <w:t>পত্র</w:t>
      </w:r>
      <w:proofErr w:type="spellEnd"/>
    </w:p>
    <w:p w14:paraId="448C53FC" w14:textId="2270B1BC" w:rsidR="0073300F" w:rsidRPr="002B53D7" w:rsidRDefault="00000000" w:rsidP="002B53D7">
      <w:pPr>
        <w:spacing w:after="0" w:line="240" w:lineRule="auto"/>
        <w:rPr>
          <w:rFonts w:ascii="SutonnyOMJ" w:hAnsi="SutonnyOMJ" w:cs="SutonnyOMJ"/>
          <w:sz w:val="24"/>
          <w:szCs w:val="24"/>
        </w:rPr>
      </w:pPr>
      <w:r w:rsidRPr="002B53D7">
        <w:rPr>
          <w:rFonts w:ascii="SutonnyOMJ" w:hAnsi="SutonnyOMJ" w:cs="SutonnyOMJ"/>
          <w:b/>
          <w:sz w:val="24"/>
          <w:szCs w:val="24"/>
          <w:u w:val="single"/>
        </w:rPr>
        <w:t>পার্ট-১</w:t>
      </w:r>
    </w:p>
    <w:p w14:paraId="567EC6EF" w14:textId="13F845BD" w:rsidR="0073300F" w:rsidRPr="001D2A18" w:rsidRDefault="00C27EFF" w:rsidP="00DB0B42">
      <w:pPr>
        <w:tabs>
          <w:tab w:val="left" w:pos="3870"/>
          <w:tab w:val="left" w:pos="7920"/>
        </w:tabs>
        <w:spacing w:line="240" w:lineRule="auto"/>
        <w:rPr>
          <w:rFonts w:ascii="Cambria" w:hAnsi="Cambria" w:cs="SutonnyOMJ"/>
          <w:sz w:val="22"/>
        </w:rPr>
      </w:pP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70EA48" wp14:editId="109BF171">
                <wp:simplePos x="0" y="0"/>
                <wp:positionH relativeFrom="column">
                  <wp:posOffset>5413228</wp:posOffset>
                </wp:positionH>
                <wp:positionV relativeFrom="paragraph">
                  <wp:posOffset>162560</wp:posOffset>
                </wp:positionV>
                <wp:extent cx="1354110" cy="635"/>
                <wp:effectExtent l="0" t="0" r="36830" b="37465"/>
                <wp:wrapNone/>
                <wp:docPr id="2053034949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11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FEFE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426.25pt;margin-top:12.8pt;width:106.6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9DB6F" wp14:editId="498A239D">
                <wp:simplePos x="0" y="0"/>
                <wp:positionH relativeFrom="column">
                  <wp:posOffset>2749697</wp:posOffset>
                </wp:positionH>
                <wp:positionV relativeFrom="paragraph">
                  <wp:posOffset>162560</wp:posOffset>
                </wp:positionV>
                <wp:extent cx="2294492" cy="635"/>
                <wp:effectExtent l="0" t="0" r="29845" b="37465"/>
                <wp:wrapNone/>
                <wp:docPr id="195473731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4492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48627" id="AutoShape 126" o:spid="_x0000_s1026" type="#_x0000_t32" style="position:absolute;margin-left:216.5pt;margin-top:12.8pt;width:180.6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B8FF0" wp14:editId="53851447">
                <wp:simplePos x="0" y="0"/>
                <wp:positionH relativeFrom="column">
                  <wp:posOffset>223520</wp:posOffset>
                </wp:positionH>
                <wp:positionV relativeFrom="paragraph">
                  <wp:posOffset>162707</wp:posOffset>
                </wp:positionV>
                <wp:extent cx="2294492" cy="635"/>
                <wp:effectExtent l="0" t="0" r="29845" b="37465"/>
                <wp:wrapNone/>
                <wp:docPr id="134166295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4492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956C3" id="AutoShape 126" o:spid="_x0000_s1026" type="#_x0000_t32" style="position:absolute;margin-left:17.6pt;margin-top:12.8pt;width:180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OMJ" w:hAnsi="SutonnyOMJ" w:cs="SutonnyOMJ"/>
          <w:b/>
          <w:sz w:val="22"/>
        </w:rPr>
        <w:t>নাম</w:t>
      </w:r>
      <w:r w:rsidR="002B53D7" w:rsidRPr="001D2A18">
        <w:rPr>
          <w:rFonts w:ascii="SutonnyOMJ" w:hAnsi="SutonnyOMJ" w:cs="SutonnyOMJ"/>
          <w:b/>
          <w:sz w:val="22"/>
        </w:rPr>
        <w:t xml:space="preserve">ঃ </w:t>
      </w:r>
      <w:r w:rsidR="00AA54C5" w:rsidRPr="001D2A18">
        <w:rPr>
          <w:rFonts w:ascii="SutonnyOMJ" w:hAnsi="SutonnyOMJ" w:cs="SutonnyOMJ"/>
          <w:b/>
          <w:sz w:val="22"/>
        </w:rPr>
        <w:t xml:space="preserve"> </w:t>
      </w:r>
      <w:r w:rsidR="00AA54C5" w:rsidRPr="000265BB">
        <w:rPr>
          <w:rFonts w:ascii="SutonnyOMJ" w:hAnsi="SutonnyOMJ" w:cs="SutonnyOMJ"/>
          <w:b/>
          <w:szCs w:val="20"/>
        </w:rPr>
        <w:t>${name}</w:t>
      </w:r>
      <w:r w:rsidR="002B53D7" w:rsidRPr="001D2A18">
        <w:rPr>
          <w:rFonts w:ascii="SutonnyOMJ" w:hAnsi="SutonnyOMJ" w:cs="SutonnyOMJ"/>
          <w:b/>
          <w:sz w:val="22"/>
        </w:rPr>
        <w:tab/>
      </w:r>
      <w:r w:rsidRPr="001D2A18">
        <w:rPr>
          <w:rFonts w:ascii="SutonnyOMJ" w:hAnsi="SutonnyOMJ" w:cs="SutonnyOMJ"/>
          <w:b/>
          <w:sz w:val="22"/>
        </w:rPr>
        <w:t>পদবী</w:t>
      </w:r>
      <w:r w:rsidR="002B53D7" w:rsidRPr="001D2A18">
        <w:rPr>
          <w:rFonts w:ascii="SutonnyOMJ" w:hAnsi="SutonnyOMJ" w:cs="SutonnyOMJ"/>
          <w:b/>
          <w:sz w:val="22"/>
        </w:rPr>
        <w:t>ঃ</w:t>
      </w:r>
      <w:r w:rsidR="00AA54C5" w:rsidRPr="001D2A18">
        <w:rPr>
          <w:rFonts w:ascii="SutonnyOMJ" w:hAnsi="SutonnyOMJ" w:cs="SutonnyOMJ"/>
          <w:b/>
          <w:sz w:val="22"/>
        </w:rPr>
        <w:t xml:space="preserve">   </w:t>
      </w:r>
      <w:r w:rsidR="00AA54C5" w:rsidRPr="000265BB">
        <w:rPr>
          <w:rFonts w:ascii="SutonnyOMJ" w:hAnsi="SutonnyOMJ" w:cs="SutonnyOMJ"/>
          <w:b/>
          <w:szCs w:val="20"/>
        </w:rPr>
        <w:t>${</w:t>
      </w:r>
      <w:proofErr w:type="spellStart"/>
      <w:r w:rsidR="00AA54C5" w:rsidRPr="000265BB">
        <w:rPr>
          <w:rFonts w:ascii="SutonnyOMJ" w:hAnsi="SutonnyOMJ" w:cs="SutonnyOMJ"/>
          <w:b/>
          <w:szCs w:val="20"/>
        </w:rPr>
        <w:t>BDesignation</w:t>
      </w:r>
      <w:proofErr w:type="spellEnd"/>
      <w:r w:rsidR="00AA54C5" w:rsidRPr="000265BB">
        <w:rPr>
          <w:rFonts w:ascii="SutonnyOMJ" w:hAnsi="SutonnyOMJ" w:cs="SutonnyOMJ"/>
          <w:b/>
          <w:szCs w:val="20"/>
        </w:rPr>
        <w:t>}</w:t>
      </w:r>
      <w:r w:rsidR="002B53D7" w:rsidRPr="001D2A18">
        <w:rPr>
          <w:rFonts w:ascii="SutonnyOMJ" w:hAnsi="SutonnyOMJ" w:cs="SutonnyOMJ"/>
          <w:b/>
          <w:sz w:val="22"/>
        </w:rPr>
        <w:tab/>
      </w:r>
      <w:r w:rsidRPr="001D2A18">
        <w:rPr>
          <w:rFonts w:ascii="SutonnyOMJ" w:hAnsi="SutonnyOMJ" w:cs="SutonnyOMJ"/>
          <w:b/>
          <w:sz w:val="22"/>
        </w:rPr>
        <w:t>আইডি</w:t>
      </w:r>
      <w:r w:rsidR="002B53D7" w:rsidRPr="001D2A18">
        <w:rPr>
          <w:rFonts w:ascii="SutonnyOMJ" w:hAnsi="SutonnyOMJ" w:cs="SutonnyOMJ"/>
          <w:b/>
          <w:sz w:val="22"/>
        </w:rPr>
        <w:t>ঃ</w:t>
      </w:r>
      <w:r w:rsidR="00AA54C5" w:rsidRPr="001D2A18">
        <w:rPr>
          <w:rFonts w:ascii="SutonnyOMJ" w:hAnsi="SutonnyOMJ" w:cs="SutonnyOMJ"/>
          <w:b/>
          <w:sz w:val="22"/>
        </w:rPr>
        <w:t xml:space="preserve">  </w:t>
      </w:r>
      <w:r w:rsidR="00AA54C5" w:rsidRPr="001D2A18">
        <w:rPr>
          <w:rFonts w:ascii="SutonnyOMJ" w:hAnsi="SutonnyOMJ" w:cs="SutonnyOMJ"/>
          <w:bCs/>
          <w:szCs w:val="20"/>
        </w:rPr>
        <w:t>${</w:t>
      </w:r>
      <w:proofErr w:type="spellStart"/>
      <w:r w:rsidR="00AA54C5" w:rsidRPr="001D2A18">
        <w:rPr>
          <w:rFonts w:ascii="SutonnyOMJ" w:hAnsi="SutonnyOMJ" w:cs="SutonnyOMJ"/>
          <w:bCs/>
          <w:szCs w:val="20"/>
        </w:rPr>
        <w:t>Employee_Id</w:t>
      </w:r>
      <w:proofErr w:type="spellEnd"/>
      <w:r w:rsidR="00AA54C5" w:rsidRPr="001D2A18">
        <w:rPr>
          <w:rFonts w:ascii="SutonnyOMJ" w:hAnsi="SutonnyOMJ" w:cs="SutonnyOMJ"/>
          <w:bCs/>
          <w:szCs w:val="20"/>
        </w:rPr>
        <w:t>}</w:t>
      </w:r>
    </w:p>
    <w:p w14:paraId="58A2973D" w14:textId="12FEC909" w:rsidR="0073300F" w:rsidRPr="001D2A18" w:rsidRDefault="00C27EFF" w:rsidP="00DB0B42">
      <w:pPr>
        <w:tabs>
          <w:tab w:val="left" w:pos="3870"/>
          <w:tab w:val="left" w:pos="7200"/>
        </w:tabs>
        <w:spacing w:line="240" w:lineRule="auto"/>
        <w:rPr>
          <w:rFonts w:ascii="Cambria" w:hAnsi="Cambria" w:cs="SutonnyOMJ"/>
          <w:sz w:val="22"/>
        </w:rPr>
      </w:pP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B48037" wp14:editId="01A4B0BE">
                <wp:simplePos x="0" y="0"/>
                <wp:positionH relativeFrom="column">
                  <wp:posOffset>425093</wp:posOffset>
                </wp:positionH>
                <wp:positionV relativeFrom="paragraph">
                  <wp:posOffset>149225</wp:posOffset>
                </wp:positionV>
                <wp:extent cx="1996124" cy="635"/>
                <wp:effectExtent l="0" t="0" r="23495" b="37465"/>
                <wp:wrapNone/>
                <wp:docPr id="190509101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6124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84A81" id="AutoShape 126" o:spid="_x0000_s1026" type="#_x0000_t32" style="position:absolute;margin-left:33.45pt;margin-top:11.75pt;width:157.2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3C2430" wp14:editId="4DF14A00">
                <wp:simplePos x="0" y="0"/>
                <wp:positionH relativeFrom="column">
                  <wp:posOffset>2786868</wp:posOffset>
                </wp:positionH>
                <wp:positionV relativeFrom="paragraph">
                  <wp:posOffset>149225</wp:posOffset>
                </wp:positionV>
                <wp:extent cx="1789174" cy="635"/>
                <wp:effectExtent l="0" t="0" r="20955" b="37465"/>
                <wp:wrapNone/>
                <wp:docPr id="175321981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9174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EF7AC" id="AutoShape 126" o:spid="_x0000_s1026" type="#_x0000_t32" style="position:absolute;margin-left:219.45pt;margin-top:11.75pt;width:140.9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EDD1E6" wp14:editId="3CB0B9AB">
                <wp:simplePos x="0" y="0"/>
                <wp:positionH relativeFrom="column">
                  <wp:posOffset>5412740</wp:posOffset>
                </wp:positionH>
                <wp:positionV relativeFrom="paragraph">
                  <wp:posOffset>149372</wp:posOffset>
                </wp:positionV>
                <wp:extent cx="1354110" cy="635"/>
                <wp:effectExtent l="0" t="0" r="36830" b="37465"/>
                <wp:wrapNone/>
                <wp:docPr id="206728050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11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D525" id="AutoShape 126" o:spid="_x0000_s1026" type="#_x0000_t32" style="position:absolute;margin-left:426.2pt;margin-top:11.75pt;width:106.6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proofErr w:type="spellStart"/>
      <w:r w:rsidRPr="001D2A18">
        <w:rPr>
          <w:rFonts w:ascii="SutonnyOMJ" w:hAnsi="SutonnyOMJ" w:cs="SutonnyOMJ"/>
          <w:b/>
          <w:sz w:val="22"/>
        </w:rPr>
        <w:t>সেকশন</w:t>
      </w:r>
      <w:r w:rsidR="002B53D7" w:rsidRPr="001D2A18">
        <w:rPr>
          <w:rFonts w:ascii="SutonnyOMJ" w:hAnsi="SutonnyOMJ" w:cs="SutonnyOMJ"/>
          <w:b/>
          <w:sz w:val="22"/>
        </w:rPr>
        <w:t>ঃ</w:t>
      </w:r>
      <w:proofErr w:type="spellEnd"/>
      <w:r w:rsidR="00AA54C5" w:rsidRPr="001D2A18">
        <w:rPr>
          <w:rFonts w:ascii="SutonnyOMJ" w:hAnsi="SutonnyOMJ" w:cs="SutonnyOMJ"/>
          <w:b/>
          <w:sz w:val="22"/>
        </w:rPr>
        <w:t xml:space="preserve">  </w:t>
      </w:r>
      <w:r w:rsidR="00AA54C5" w:rsidRPr="000265BB">
        <w:rPr>
          <w:rFonts w:ascii="SutonnyOMJ" w:hAnsi="SutonnyOMJ" w:cs="SutonnyOMJ"/>
          <w:b/>
          <w:szCs w:val="20"/>
        </w:rPr>
        <w:t>${Department}</w:t>
      </w:r>
      <w:r w:rsidR="002B53D7" w:rsidRPr="001D2A18">
        <w:rPr>
          <w:rFonts w:ascii="SutonnyOMJ" w:hAnsi="SutonnyOMJ" w:cs="SutonnyOMJ"/>
          <w:b/>
          <w:sz w:val="22"/>
        </w:rPr>
        <w:tab/>
      </w:r>
      <w:proofErr w:type="spellStart"/>
      <w:r w:rsidRPr="001D2A18">
        <w:rPr>
          <w:rFonts w:ascii="SutonnyOMJ" w:hAnsi="SutonnyOMJ" w:cs="SutonnyOMJ"/>
          <w:b/>
          <w:sz w:val="22"/>
        </w:rPr>
        <w:t>ব্লক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নং</w:t>
      </w:r>
      <w:r w:rsidR="002B53D7" w:rsidRPr="001D2A18">
        <w:rPr>
          <w:rFonts w:ascii="SutonnyOMJ" w:hAnsi="SutonnyOMJ" w:cs="SutonnyOMJ"/>
          <w:b/>
          <w:sz w:val="22"/>
        </w:rPr>
        <w:t>ঃ</w:t>
      </w:r>
      <w:r w:rsidR="00AA54C5" w:rsidRPr="001D2A18">
        <w:rPr>
          <w:rFonts w:ascii="SutonnyOMJ" w:hAnsi="SutonnyOMJ" w:cs="SutonnyOMJ"/>
          <w:b/>
          <w:sz w:val="22"/>
        </w:rPr>
        <w:t xml:space="preserve">  </w:t>
      </w:r>
      <w:r w:rsidR="002B53D7" w:rsidRPr="001D2A18">
        <w:rPr>
          <w:rFonts w:ascii="SutonnyOMJ" w:hAnsi="SutonnyOMJ" w:cs="SutonnyOMJ"/>
          <w:b/>
          <w:sz w:val="22"/>
        </w:rPr>
        <w:tab/>
      </w:r>
      <w:r w:rsidRPr="001D2A18">
        <w:rPr>
          <w:rFonts w:ascii="SutonnyOMJ" w:hAnsi="SutonnyOMJ" w:cs="SutonnyOMJ"/>
          <w:b/>
          <w:sz w:val="22"/>
        </w:rPr>
        <w:t>যোগদানের তারিখ</w:t>
      </w:r>
      <w:r w:rsidR="002B53D7" w:rsidRPr="001D2A18">
        <w:rPr>
          <w:rFonts w:ascii="SutonnyOMJ" w:hAnsi="SutonnyOMJ" w:cs="SutonnyOMJ"/>
          <w:b/>
          <w:sz w:val="22"/>
        </w:rPr>
        <w:t>ঃ</w:t>
      </w:r>
      <w:r w:rsidR="00AA54C5" w:rsidRPr="001D2A18">
        <w:rPr>
          <w:rFonts w:ascii="SutonnyOMJ" w:hAnsi="SutonnyOMJ" w:cs="SutonnyOMJ"/>
          <w:b/>
          <w:sz w:val="22"/>
        </w:rPr>
        <w:t xml:space="preserve">  </w:t>
      </w:r>
      <w:r w:rsidR="00AA54C5" w:rsidRPr="00D80592">
        <w:rPr>
          <w:rFonts w:ascii="SutonnyMJ" w:hAnsi="SutonnyMJ" w:cs="SutonnyOMJ"/>
          <w:bCs/>
          <w:szCs w:val="20"/>
        </w:rPr>
        <w:t>${</w:t>
      </w:r>
      <w:proofErr w:type="spellStart"/>
      <w:r w:rsidR="00AA54C5" w:rsidRPr="00D80592">
        <w:rPr>
          <w:rFonts w:ascii="SutonnyMJ" w:hAnsi="SutonnyMJ" w:cs="SutonnyOMJ"/>
          <w:bCs/>
          <w:szCs w:val="20"/>
        </w:rPr>
        <w:t>Joining_Date</w:t>
      </w:r>
      <w:proofErr w:type="spellEnd"/>
      <w:r w:rsidR="00AA54C5" w:rsidRPr="00D80592">
        <w:rPr>
          <w:rFonts w:ascii="SutonnyMJ" w:hAnsi="SutonnyMJ" w:cs="SutonnyOMJ"/>
          <w:bCs/>
          <w:szCs w:val="20"/>
        </w:rPr>
        <w:t>}</w:t>
      </w:r>
    </w:p>
    <w:p w14:paraId="7090E5E2" w14:textId="7B614F2A" w:rsidR="0073300F" w:rsidRPr="001D2A18" w:rsidRDefault="00980409" w:rsidP="00DB0B42">
      <w:pPr>
        <w:tabs>
          <w:tab w:val="left" w:pos="4590"/>
          <w:tab w:val="left" w:pos="7830"/>
          <w:tab w:val="left" w:pos="9360"/>
        </w:tabs>
        <w:spacing w:line="240" w:lineRule="auto"/>
        <w:rPr>
          <w:rFonts w:ascii="SutonnyOMJ" w:hAnsi="SutonnyOMJ" w:cs="SutonnyOMJ"/>
          <w:sz w:val="22"/>
        </w:rPr>
      </w:pP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26F551" wp14:editId="3F40969D">
                <wp:simplePos x="0" y="0"/>
                <wp:positionH relativeFrom="column">
                  <wp:posOffset>5466227</wp:posOffset>
                </wp:positionH>
                <wp:positionV relativeFrom="paragraph">
                  <wp:posOffset>181610</wp:posOffset>
                </wp:positionV>
                <wp:extent cx="536611" cy="635"/>
                <wp:effectExtent l="0" t="0" r="34925" b="37465"/>
                <wp:wrapNone/>
                <wp:docPr id="175741355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611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1D496" id="AutoShape 126" o:spid="_x0000_s1026" type="#_x0000_t32" style="position:absolute;margin-left:430.4pt;margin-top:14.3pt;width:42.2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0E2F77E" wp14:editId="4144319C">
                <wp:simplePos x="0" y="0"/>
                <wp:positionH relativeFrom="column">
                  <wp:posOffset>3263265</wp:posOffset>
                </wp:positionH>
                <wp:positionV relativeFrom="paragraph">
                  <wp:posOffset>181610</wp:posOffset>
                </wp:positionV>
                <wp:extent cx="1718945" cy="635"/>
                <wp:effectExtent l="0" t="0" r="33655" b="37465"/>
                <wp:wrapNone/>
                <wp:docPr id="36117737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8945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9243F" id="AutoShape 126" o:spid="_x0000_s1026" type="#_x0000_t32" style="position:absolute;margin-left:256.95pt;margin-top:14.3pt;width:135.3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" strokeweight="1pt">
                <v:stroke dashstyle="1 1" endcap="round"/>
              </v:shape>
            </w:pict>
          </mc:Fallback>
        </mc:AlternateContent>
      </w:r>
      <w:r w:rsidRPr="001D2A18">
        <w:rPr>
          <w:rFonts w:ascii="SutonnyMJ" w:hAnsi="SutonnyMJ" w:cs="Sutonny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1EAEA0" wp14:editId="41D355AF">
                <wp:simplePos x="0" y="0"/>
                <wp:positionH relativeFrom="column">
                  <wp:posOffset>1198733</wp:posOffset>
                </wp:positionH>
                <wp:positionV relativeFrom="paragraph">
                  <wp:posOffset>181610</wp:posOffset>
                </wp:positionV>
                <wp:extent cx="1719360" cy="635"/>
                <wp:effectExtent l="0" t="0" r="33655" b="37465"/>
                <wp:wrapNone/>
                <wp:docPr id="70888509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936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05B67" id="AutoShape 126" o:spid="_x0000_s1026" type="#_x0000_t32" style="position:absolute;margin-left:94.4pt;margin-top:14.3pt;width:135.4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proofErr w:type="spellStart"/>
      <w:r w:rsidRPr="001D2A18">
        <w:rPr>
          <w:rFonts w:ascii="SutonnyOMJ" w:hAnsi="SutonnyOMJ" w:cs="SutonnyOMJ"/>
          <w:b/>
          <w:sz w:val="22"/>
        </w:rPr>
        <w:t>আবেদনকৃত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ছুটির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মেয়াদ</w:t>
      </w:r>
      <w:r w:rsidR="002B53D7" w:rsidRPr="001D2A18">
        <w:rPr>
          <w:rFonts w:ascii="SutonnyOMJ" w:hAnsi="SutonnyOMJ" w:cs="SutonnyOMJ"/>
          <w:b/>
          <w:sz w:val="22"/>
        </w:rPr>
        <w:t>ঃ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r w:rsidR="002B53D7" w:rsidRPr="001D2A18">
        <w:rPr>
          <w:rFonts w:ascii="SutonnyOMJ" w:hAnsi="SutonnyOMJ" w:cs="SutonnyOMJ"/>
          <w:sz w:val="22"/>
        </w:rPr>
        <w:tab/>
      </w:r>
      <w:proofErr w:type="spellStart"/>
      <w:r w:rsidRPr="001D2A18">
        <w:rPr>
          <w:rFonts w:ascii="SutonnyOMJ" w:hAnsi="SutonnyOMJ" w:cs="SutonnyOMJ"/>
          <w:sz w:val="22"/>
        </w:rPr>
        <w:t>হইতে</w:t>
      </w:r>
      <w:proofErr w:type="spellEnd"/>
      <w:r w:rsidR="002B53D7" w:rsidRPr="001D2A18">
        <w:rPr>
          <w:rFonts w:ascii="SutonnyOMJ" w:hAnsi="SutonnyOMJ" w:cs="SutonnyOMJ"/>
          <w:sz w:val="22"/>
        </w:rPr>
        <w:tab/>
      </w:r>
      <w:r w:rsidRPr="001D2A18">
        <w:rPr>
          <w:rFonts w:ascii="SutonnyOMJ" w:hAnsi="SutonnyOMJ" w:cs="SutonnyOMJ"/>
          <w:sz w:val="22"/>
        </w:rPr>
        <w:t>পর্যন্ত, মোট</w:t>
      </w:r>
      <w:r w:rsidR="002B53D7" w:rsidRPr="001D2A18">
        <w:rPr>
          <w:rFonts w:ascii="SutonnyOMJ" w:hAnsi="SutonnyOMJ" w:cs="SutonnyOMJ"/>
          <w:sz w:val="22"/>
        </w:rPr>
        <w:tab/>
      </w:r>
      <w:r w:rsidRPr="001D2A18">
        <w:rPr>
          <w:rFonts w:ascii="SutonnyOMJ" w:hAnsi="SutonnyOMJ" w:cs="SutonnyOMJ"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sz w:val="22"/>
        </w:rPr>
        <w:t>দিন</w:t>
      </w:r>
      <w:proofErr w:type="spellEnd"/>
      <w:r w:rsidRPr="001D2A18">
        <w:rPr>
          <w:rFonts w:ascii="SutonnyOMJ" w:hAnsi="SutonnyOMJ" w:cs="SutonnyOMJ"/>
          <w:sz w:val="22"/>
        </w:rPr>
        <w:t>।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1496"/>
        <w:gridCol w:w="1496"/>
        <w:gridCol w:w="1496"/>
        <w:gridCol w:w="1496"/>
        <w:gridCol w:w="1496"/>
        <w:gridCol w:w="1496"/>
      </w:tblGrid>
      <w:tr w:rsidR="0073300F" w:rsidRPr="001D2A18" w14:paraId="28B1693E" w14:textId="77777777" w:rsidTr="002B53D7">
        <w:trPr>
          <w:trHeight w:val="243"/>
          <w:jc w:val="center"/>
        </w:trPr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D0106F" w14:textId="77777777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ছুটির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ধরণ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>:</w:t>
            </w:r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131338" w14:textId="77777777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নৈমিত্তিক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51B38" w14:textId="101A6E64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পীড়াজনিত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215F3" w14:textId="3EF4A948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অর্জিত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90E69E" w14:textId="749FF98C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মাতৃত্বজনিত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BFEFD" w14:textId="6DB25591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 xml:space="preserve">বিশেষ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1DD3E" w14:textId="77777777" w:rsidR="0073300F" w:rsidRPr="001D2A18" w:rsidRDefault="00000000" w:rsidP="00DB0B42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 xml:space="preserve">বিনা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বেতনে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</w:tr>
    </w:tbl>
    <w:p w14:paraId="391F4192" w14:textId="4F4BB876" w:rsidR="0073300F" w:rsidRPr="001D2A18" w:rsidRDefault="00CB2E2E" w:rsidP="002B53D7">
      <w:pPr>
        <w:spacing w:before="160" w:line="240" w:lineRule="auto"/>
        <w:rPr>
          <w:rFonts w:ascii="SutonnyOMJ" w:hAnsi="SutonnyOMJ" w:cs="SutonnyOMJ"/>
          <w:sz w:val="22"/>
        </w:rPr>
      </w:pPr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ছুটি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ভোগের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কারণ</w:t>
      </w:r>
      <w:r w:rsidR="002B53D7" w:rsidRPr="001D2A18">
        <w:rPr>
          <w:rFonts w:ascii="SutonnyOMJ" w:hAnsi="SutonnyOMJ" w:cs="SutonnyOMJ"/>
          <w:b/>
          <w:sz w:val="22"/>
        </w:rPr>
        <w:t>ঃ</w:t>
      </w:r>
      <w:r w:rsidRPr="001D2A18">
        <w:rPr>
          <w:rFonts w:ascii="SutonnyOMJ" w:hAnsi="SutonnyOMJ" w:cs="SutonnyOMJ"/>
          <w:sz w:val="22"/>
        </w:rPr>
        <w:t>..............................................................................................................................</w:t>
      </w:r>
      <w:r w:rsidR="00DB0B42" w:rsidRPr="001D2A18">
        <w:rPr>
          <w:rFonts w:ascii="SutonnyOMJ" w:hAnsi="SutonnyOMJ" w:cs="SutonnyOMJ"/>
          <w:sz w:val="22"/>
        </w:rPr>
        <w:t>....</w:t>
      </w:r>
      <w:r w:rsidRPr="001D2A18">
        <w:rPr>
          <w:rFonts w:ascii="SutonnyOMJ" w:hAnsi="SutonnyOMJ" w:cs="SutonnyOMJ"/>
          <w:sz w:val="22"/>
        </w:rPr>
        <w:t>........................</w:t>
      </w:r>
      <w:r w:rsidR="002B53D7" w:rsidRPr="001D2A18">
        <w:rPr>
          <w:rFonts w:ascii="SutonnyOMJ" w:hAnsi="SutonnyOMJ" w:cs="SutonnyOMJ"/>
          <w:sz w:val="22"/>
        </w:rPr>
        <w:br/>
      </w:r>
      <w:r w:rsidRPr="001D2A18">
        <w:rPr>
          <w:rFonts w:ascii="SutonnyOMJ" w:hAnsi="SutonnyOMJ" w:cs="SutonnyOMJ"/>
          <w:sz w:val="22"/>
        </w:rPr>
        <w:t>.......................................................................................................................................................</w:t>
      </w:r>
      <w:r w:rsidR="00DB0B42" w:rsidRPr="001D2A18">
        <w:rPr>
          <w:rFonts w:ascii="SutonnyOMJ" w:hAnsi="SutonnyOMJ" w:cs="SutonnyOMJ"/>
          <w:sz w:val="22"/>
        </w:rPr>
        <w:t>......</w:t>
      </w:r>
      <w:r w:rsidRPr="001D2A18">
        <w:rPr>
          <w:rFonts w:ascii="SutonnyOMJ" w:hAnsi="SutonnyOMJ" w:cs="SutonnyOMJ"/>
          <w:sz w:val="22"/>
        </w:rPr>
        <w:t>....................</w:t>
      </w:r>
    </w:p>
    <w:p w14:paraId="7F2353E7" w14:textId="7E5D22C7" w:rsidR="0073300F" w:rsidRPr="002B53D7" w:rsidRDefault="00000000" w:rsidP="002B53D7">
      <w:pPr>
        <w:spacing w:before="120" w:line="240" w:lineRule="auto"/>
        <w:rPr>
          <w:rFonts w:ascii="SutonnyOMJ" w:hAnsi="SutonnyOMJ" w:cs="SutonnyOMJ"/>
          <w:sz w:val="24"/>
          <w:szCs w:val="24"/>
        </w:rPr>
      </w:pPr>
      <w:proofErr w:type="spellStart"/>
      <w:r w:rsidRPr="001D2A18">
        <w:rPr>
          <w:rFonts w:ascii="SutonnyOMJ" w:hAnsi="SutonnyOMJ" w:cs="SutonnyOMJ"/>
          <w:b/>
          <w:sz w:val="22"/>
        </w:rPr>
        <w:t>ছুটি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ভোগকালীন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1D2A18">
        <w:rPr>
          <w:rFonts w:ascii="SutonnyOMJ" w:hAnsi="SutonnyOMJ" w:cs="SutonnyOMJ"/>
          <w:b/>
          <w:sz w:val="22"/>
        </w:rPr>
        <w:t>অবস্থানের</w:t>
      </w:r>
      <w:proofErr w:type="spellEnd"/>
      <w:r w:rsidRPr="001D2A18">
        <w:rPr>
          <w:rFonts w:ascii="SutonnyOMJ" w:hAnsi="SutonnyOMJ" w:cs="SutonnyOMJ"/>
          <w:b/>
          <w:sz w:val="22"/>
        </w:rPr>
        <w:t xml:space="preserve"> ঠিকানা ও </w:t>
      </w:r>
      <w:proofErr w:type="spellStart"/>
      <w:r w:rsidRPr="001D2A18">
        <w:rPr>
          <w:rFonts w:ascii="SutonnyOMJ" w:hAnsi="SutonnyOMJ" w:cs="SutonnyOMJ"/>
          <w:b/>
          <w:sz w:val="22"/>
        </w:rPr>
        <w:t>ফোন</w:t>
      </w:r>
      <w:proofErr w:type="spellEnd"/>
      <w:r w:rsidR="002B53D7" w:rsidRPr="001D2A18">
        <w:rPr>
          <w:rFonts w:ascii="SutonnyOMJ" w:hAnsi="SutonnyOMJ" w:cs="SutonnyOMJ"/>
          <w:b/>
          <w:sz w:val="22"/>
        </w:rPr>
        <w:t xml:space="preserve"> </w:t>
      </w:r>
      <w:r w:rsidRPr="001D2A18">
        <w:rPr>
          <w:rFonts w:ascii="SutonnyOMJ" w:hAnsi="SutonnyOMJ" w:cs="SutonnyOMJ"/>
          <w:b/>
          <w:sz w:val="22"/>
        </w:rPr>
        <w:t>নম্বর:</w:t>
      </w:r>
      <w:r w:rsidRPr="001D2A18">
        <w:rPr>
          <w:rFonts w:ascii="SutonnyOMJ" w:hAnsi="SutonnyOMJ" w:cs="SutonnyOMJ"/>
          <w:sz w:val="22"/>
        </w:rPr>
        <w:t>.................................................................................................</w:t>
      </w:r>
      <w:r w:rsidR="00DB0B42" w:rsidRPr="001D2A18">
        <w:rPr>
          <w:rFonts w:ascii="SutonnyOMJ" w:hAnsi="SutonnyOMJ" w:cs="SutonnyOMJ"/>
          <w:sz w:val="22"/>
        </w:rPr>
        <w:t>....</w:t>
      </w:r>
      <w:r w:rsidRPr="001D2A18">
        <w:rPr>
          <w:rFonts w:ascii="SutonnyOMJ" w:hAnsi="SutonnyOMJ" w:cs="SutonnyOMJ"/>
          <w:sz w:val="22"/>
        </w:rPr>
        <w:t>.......</w:t>
      </w:r>
      <w:r w:rsidR="002B53D7" w:rsidRPr="001D2A18">
        <w:rPr>
          <w:rFonts w:ascii="SutonnyOMJ" w:hAnsi="SutonnyOMJ" w:cs="SutonnyOMJ"/>
          <w:sz w:val="22"/>
        </w:rPr>
        <w:t>...</w:t>
      </w:r>
      <w:r w:rsidRPr="001D2A18">
        <w:rPr>
          <w:rFonts w:ascii="SutonnyOMJ" w:hAnsi="SutonnyOMJ" w:cs="SutonnyOMJ"/>
          <w:sz w:val="22"/>
        </w:rPr>
        <w:t>........</w:t>
      </w:r>
      <w:r w:rsidR="002B53D7" w:rsidRPr="001D2A18">
        <w:rPr>
          <w:rFonts w:ascii="SutonnyOMJ" w:hAnsi="SutonnyOMJ" w:cs="SutonnyOMJ"/>
          <w:sz w:val="22"/>
        </w:rPr>
        <w:br/>
      </w:r>
      <w:r w:rsidRPr="002B53D7">
        <w:rPr>
          <w:rFonts w:ascii="SutonnyOMJ" w:hAnsi="SutonnyOMJ" w:cs="SutonnyOMJ"/>
          <w:sz w:val="24"/>
          <w:szCs w:val="24"/>
        </w:rPr>
        <w:t>..........................................................................................................................................................</w:t>
      </w:r>
      <w:r w:rsidR="00DB0B42" w:rsidRPr="002B53D7">
        <w:rPr>
          <w:rFonts w:ascii="SutonnyOMJ" w:hAnsi="SutonnyOMJ" w:cs="SutonnyOMJ"/>
          <w:sz w:val="24"/>
          <w:szCs w:val="24"/>
        </w:rPr>
        <w:t>....</w:t>
      </w:r>
      <w:r w:rsidRPr="002B53D7">
        <w:rPr>
          <w:rFonts w:ascii="SutonnyOMJ" w:hAnsi="SutonnyOMJ" w:cs="SutonnyOMJ"/>
          <w:sz w:val="24"/>
          <w:szCs w:val="24"/>
        </w:rPr>
        <w:t>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7"/>
        <w:gridCol w:w="2211"/>
        <w:gridCol w:w="1823"/>
        <w:gridCol w:w="2217"/>
        <w:gridCol w:w="2217"/>
      </w:tblGrid>
      <w:tr w:rsidR="0073300F" w:rsidRPr="002B53D7" w14:paraId="679C47D8" w14:textId="77777777" w:rsidTr="00DB0B42">
        <w:trPr>
          <w:jc w:val="center"/>
        </w:trPr>
        <w:tc>
          <w:tcPr>
            <w:tcW w:w="2217" w:type="dxa"/>
          </w:tcPr>
          <w:p w14:paraId="61C0BD67" w14:textId="4142D576" w:rsidR="0073300F" w:rsidRPr="002B53D7" w:rsidRDefault="00000000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4"/>
                <w:szCs w:val="24"/>
              </w:rPr>
            </w:pPr>
            <w:r w:rsidRPr="002B53D7">
              <w:rPr>
                <w:rFonts w:ascii="SutonnyOMJ" w:hAnsi="SutonnyOMJ" w:cs="SutonnyOMJ"/>
                <w:sz w:val="24"/>
                <w:szCs w:val="24"/>
              </w:rPr>
              <w:t>.................................</w:t>
            </w:r>
            <w:r w:rsidR="002B53D7"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আবেদনকারীর</w:t>
            </w:r>
            <w:proofErr w:type="spellEnd"/>
            <w:r w:rsidRPr="002B53D7">
              <w:rPr>
                <w:rFonts w:ascii="SutonnyOMJ" w:hAnsi="SutonnyOMJ" w:cs="SutonnyOMJ"/>
                <w:sz w:val="24"/>
                <w:szCs w:val="24"/>
              </w:rPr>
              <w:t xml:space="preserve"> স্বাক্ষর</w:t>
            </w:r>
          </w:p>
        </w:tc>
        <w:tc>
          <w:tcPr>
            <w:tcW w:w="2211" w:type="dxa"/>
          </w:tcPr>
          <w:p w14:paraId="3A2F001F" w14:textId="7B158461" w:rsidR="0073300F" w:rsidRPr="002B53D7" w:rsidRDefault="00000000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4"/>
                <w:szCs w:val="24"/>
              </w:rPr>
            </w:pPr>
            <w:r w:rsidRPr="002B53D7">
              <w:rPr>
                <w:rFonts w:ascii="SutonnyOMJ" w:hAnsi="SutonnyOMJ" w:cs="SutonnyOMJ"/>
                <w:sz w:val="24"/>
                <w:szCs w:val="24"/>
              </w:rPr>
              <w:t>................................</w:t>
            </w:r>
            <w:r w:rsidR="002B53D7"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r w:rsidRPr="002B53D7">
              <w:rPr>
                <w:rFonts w:ascii="SutonnyOMJ" w:hAnsi="SutonnyOMJ" w:cs="SutonnyOMJ"/>
                <w:sz w:val="24"/>
                <w:szCs w:val="24"/>
              </w:rPr>
              <w:br/>
              <w:t xml:space="preserve">প্রথম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সুপারিশকারী</w:t>
            </w:r>
            <w:proofErr w:type="spellEnd"/>
          </w:p>
        </w:tc>
        <w:tc>
          <w:tcPr>
            <w:tcW w:w="1823" w:type="dxa"/>
          </w:tcPr>
          <w:p w14:paraId="382467B9" w14:textId="7CFE785D" w:rsidR="0073300F" w:rsidRPr="002B53D7" w:rsidRDefault="00000000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4"/>
                <w:szCs w:val="24"/>
              </w:rPr>
            </w:pPr>
            <w:r w:rsidRPr="002B53D7">
              <w:rPr>
                <w:rFonts w:ascii="SutonnyOMJ" w:hAnsi="SutonnyOMJ" w:cs="SutonnyOMJ"/>
                <w:sz w:val="24"/>
                <w:szCs w:val="24"/>
              </w:rPr>
              <w:t>..........................</w:t>
            </w:r>
            <w:r w:rsidR="002B53D7"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দ্বিতীয়</w:t>
            </w:r>
            <w:proofErr w:type="spellEnd"/>
            <w:r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সুপারিশকারী</w:t>
            </w:r>
            <w:proofErr w:type="spellEnd"/>
          </w:p>
        </w:tc>
        <w:tc>
          <w:tcPr>
            <w:tcW w:w="2217" w:type="dxa"/>
          </w:tcPr>
          <w:p w14:paraId="67AC0277" w14:textId="3BE19783" w:rsidR="0073300F" w:rsidRPr="002B53D7" w:rsidRDefault="00000000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4"/>
                <w:szCs w:val="24"/>
              </w:rPr>
            </w:pPr>
            <w:r w:rsidRPr="002B53D7">
              <w:rPr>
                <w:rFonts w:ascii="SutonnyOMJ" w:hAnsi="SutonnyOMJ" w:cs="SutonnyOMJ"/>
                <w:sz w:val="24"/>
                <w:szCs w:val="24"/>
              </w:rPr>
              <w:t>.................................</w:t>
            </w:r>
            <w:r w:rsidR="002B53D7"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সম্মতি</w:t>
            </w:r>
            <w:proofErr w:type="spellEnd"/>
            <w:r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প্রদানকারী</w:t>
            </w:r>
            <w:proofErr w:type="spellEnd"/>
          </w:p>
        </w:tc>
        <w:tc>
          <w:tcPr>
            <w:tcW w:w="2217" w:type="dxa"/>
          </w:tcPr>
          <w:p w14:paraId="4CE77C67" w14:textId="69D07C50" w:rsidR="0073300F" w:rsidRPr="002B53D7" w:rsidRDefault="00000000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4"/>
                <w:szCs w:val="24"/>
              </w:rPr>
            </w:pPr>
            <w:r w:rsidRPr="002B53D7">
              <w:rPr>
                <w:rFonts w:ascii="SutonnyOMJ" w:hAnsi="SutonnyOMJ" w:cs="SutonnyOMJ"/>
                <w:sz w:val="24"/>
                <w:szCs w:val="24"/>
              </w:rPr>
              <w:t>.................................</w:t>
            </w:r>
            <w:r w:rsidR="002B53D7" w:rsidRPr="002B53D7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proofErr w:type="spellStart"/>
            <w:r w:rsidRPr="002B53D7">
              <w:rPr>
                <w:rFonts w:ascii="SutonnyOMJ" w:hAnsi="SutonnyOMJ" w:cs="SutonnyOMJ"/>
                <w:sz w:val="24"/>
                <w:szCs w:val="24"/>
              </w:rPr>
              <w:t>বিভাগীয়</w:t>
            </w:r>
            <w:proofErr w:type="spellEnd"/>
            <w:r w:rsidRPr="002B53D7">
              <w:rPr>
                <w:rFonts w:ascii="SutonnyOMJ" w:hAnsi="SutonnyOMJ" w:cs="SutonnyOMJ"/>
                <w:sz w:val="24"/>
                <w:szCs w:val="24"/>
              </w:rPr>
              <w:t xml:space="preserve"> প্রধান</w:t>
            </w:r>
          </w:p>
        </w:tc>
      </w:tr>
    </w:tbl>
    <w:p w14:paraId="717D0DCC" w14:textId="4CDDA2CC" w:rsidR="0073300F" w:rsidRPr="002B53D7" w:rsidRDefault="00000000" w:rsidP="00AA54C5">
      <w:pPr>
        <w:spacing w:after="0" w:line="240" w:lineRule="auto"/>
        <w:jc w:val="center"/>
        <w:rPr>
          <w:rFonts w:ascii="SutonnyOMJ" w:hAnsi="SutonnyOMJ" w:cs="SutonnyOMJ"/>
          <w:sz w:val="24"/>
          <w:szCs w:val="24"/>
        </w:rPr>
      </w:pPr>
      <w:r w:rsidRPr="002B53D7">
        <w:rPr>
          <w:rFonts w:ascii="SutonnyOMJ" w:hAnsi="SutonnyOMJ" w:cs="SutonnyOMJ"/>
          <w:color w:val="808080"/>
          <w:sz w:val="24"/>
          <w:szCs w:val="24"/>
        </w:rPr>
        <w:t>----------------------------------------------------------------------------------------------------------------------------------------</w:t>
      </w:r>
    </w:p>
    <w:p w14:paraId="65872D43" w14:textId="45334072" w:rsidR="0073300F" w:rsidRPr="002B53D7" w:rsidRDefault="00000000" w:rsidP="00AA54C5">
      <w:pPr>
        <w:spacing w:after="0" w:line="240" w:lineRule="auto"/>
        <w:rPr>
          <w:rFonts w:ascii="SutonnyOMJ" w:hAnsi="SutonnyOMJ" w:cs="SutonnyOMJ"/>
          <w:sz w:val="24"/>
          <w:szCs w:val="24"/>
        </w:rPr>
      </w:pPr>
      <w:r w:rsidRPr="002B53D7">
        <w:rPr>
          <w:rFonts w:ascii="SutonnyOMJ" w:hAnsi="SutonnyOMJ" w:cs="SutonnyOMJ"/>
          <w:b/>
          <w:sz w:val="24"/>
          <w:szCs w:val="24"/>
          <w:u w:val="single"/>
        </w:rPr>
        <w:t>পার্ট-২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1207"/>
        <w:gridCol w:w="958"/>
        <w:gridCol w:w="900"/>
        <w:gridCol w:w="900"/>
        <w:gridCol w:w="810"/>
        <w:gridCol w:w="1170"/>
        <w:gridCol w:w="3439"/>
      </w:tblGrid>
      <w:tr w:rsidR="00DB0B42" w:rsidRPr="001D2A18" w14:paraId="175C54D4" w14:textId="3058E0CC" w:rsidTr="00DB0B42">
        <w:tc>
          <w:tcPr>
            <w:tcW w:w="1496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E061BF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ছুটির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ধরণ</w:t>
            </w:r>
            <w:proofErr w:type="spellEnd"/>
          </w:p>
        </w:tc>
        <w:tc>
          <w:tcPr>
            <w:tcW w:w="1207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2A045" w14:textId="06CBA860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b/>
                <w:sz w:val="22"/>
              </w:rPr>
              <w:t xml:space="preserve">বছরের জন্য মোট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</w:t>
            </w:r>
            <w:proofErr w:type="spellEnd"/>
          </w:p>
        </w:tc>
        <w:tc>
          <w:tcPr>
            <w:tcW w:w="958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9B66A3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পাওনা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</w:t>
            </w:r>
            <w:proofErr w:type="spellEnd"/>
          </w:p>
        </w:tc>
        <w:tc>
          <w:tcPr>
            <w:tcW w:w="2610" w:type="dxa"/>
            <w:gridSpan w:val="3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BD4086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অনুমোদিত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12F31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অবশিষ্ট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ছুটি</w:t>
            </w:r>
            <w:proofErr w:type="spellEnd"/>
          </w:p>
        </w:tc>
        <w:tc>
          <w:tcPr>
            <w:tcW w:w="343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2C7226" w14:textId="3A9A8174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b/>
                <w:sz w:val="22"/>
              </w:rPr>
            </w:pPr>
          </w:p>
          <w:p w14:paraId="19B71020" w14:textId="71A8C548" w:rsidR="00DB0B42" w:rsidRPr="001D2A18" w:rsidRDefault="007455AF" w:rsidP="00AA54C5">
            <w:pPr>
              <w:spacing w:after="0" w:line="240" w:lineRule="auto"/>
              <w:jc w:val="center"/>
              <w:rPr>
                <w:rFonts w:ascii="SutonnyOMJ" w:hAnsi="SutonnyOMJ" w:cs="SutonnyOMJ"/>
                <w:b/>
                <w:sz w:val="22"/>
              </w:rPr>
            </w:pPr>
            <w:r w:rsidRPr="001D2A18">
              <w:rPr>
                <w:rFonts w:ascii="SutonnyMJ" w:hAnsi="SutonnyMJ" w:cs="SutonnyMJ"/>
                <w:i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7C631AD" wp14:editId="4AC32035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149078</wp:posOffset>
                      </wp:positionV>
                      <wp:extent cx="1045110" cy="635"/>
                      <wp:effectExtent l="0" t="0" r="22225" b="37465"/>
                      <wp:wrapNone/>
                      <wp:docPr id="331746005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51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7D6FA" id="AutoShape 126" o:spid="_x0000_s1026" type="#_x0000_t32" style="position:absolute;margin-left:80.15pt;margin-top:11.75pt;width:82.3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" strokeweight="1pt">
                      <v:stroke dashstyle="1 1" endcap="round"/>
                    </v:shape>
                  </w:pict>
                </mc:Fallback>
              </mc:AlternateContent>
            </w:r>
          </w:p>
          <w:p w14:paraId="512D65FA" w14:textId="0A07B6F9" w:rsidR="00DB0B42" w:rsidRPr="001D2A18" w:rsidRDefault="00DB0B42" w:rsidP="00AA54C5">
            <w:pPr>
              <w:spacing w:after="0" w:line="240" w:lineRule="auto"/>
              <w:jc w:val="right"/>
              <w:rPr>
                <w:rFonts w:ascii="SutonnyOMJ" w:hAnsi="SutonnyOMJ" w:cs="SutonnyOMJ"/>
                <w:b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অফিসার</w:t>
            </w:r>
            <w:proofErr w:type="spellEnd"/>
            <w:r w:rsidRPr="001D2A18">
              <w:rPr>
                <w:rFonts w:ascii="SutonnyOMJ" w:hAnsi="SutonnyOMJ" w:cs="SutonnyOMJ"/>
                <w:b/>
                <w:sz w:val="22"/>
              </w:rPr>
              <w:t xml:space="preserve"> (এইচআর)</w:t>
            </w:r>
            <w:r w:rsidRPr="001D2A18">
              <w:rPr>
                <w:rFonts w:ascii="SutonnyOMJ" w:hAnsi="SutonnyOMJ" w:cs="SutonnyOMJ"/>
                <w:b/>
                <w:sz w:val="22"/>
              </w:rPr>
              <w:br/>
            </w:r>
          </w:p>
          <w:p w14:paraId="5CB4C295" w14:textId="72A54E8B" w:rsidR="00DB0B42" w:rsidRPr="001D2A18" w:rsidRDefault="007455AF" w:rsidP="00AA54C5">
            <w:pPr>
              <w:spacing w:after="0" w:line="240" w:lineRule="auto"/>
              <w:jc w:val="right"/>
              <w:rPr>
                <w:rFonts w:ascii="SutonnyOMJ" w:hAnsi="SutonnyOMJ" w:cs="SutonnyOMJ"/>
                <w:b/>
                <w:sz w:val="22"/>
              </w:rPr>
            </w:pPr>
            <w:r w:rsidRPr="001D2A18">
              <w:rPr>
                <w:rFonts w:ascii="SutonnyMJ" w:hAnsi="SutonnyMJ" w:cs="SutonnyMJ"/>
                <w:i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52EC1B5" wp14:editId="7B3C86BA">
                      <wp:simplePos x="0" y="0"/>
                      <wp:positionH relativeFrom="column">
                        <wp:posOffset>1023767</wp:posOffset>
                      </wp:positionH>
                      <wp:positionV relativeFrom="paragraph">
                        <wp:posOffset>327660</wp:posOffset>
                      </wp:positionV>
                      <wp:extent cx="1045110" cy="635"/>
                      <wp:effectExtent l="0" t="0" r="22225" b="37465"/>
                      <wp:wrapNone/>
                      <wp:docPr id="1087952626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51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0EFE1" id="AutoShape 126" o:spid="_x0000_s1026" type="#_x0000_t32" style="position:absolute;margin-left:80.6pt;margin-top:25.8pt;width:82.3pt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" strokeweight="1pt">
                      <v:stroke dashstyle="1 1" endcap="round"/>
                    </v:shape>
                  </w:pict>
                </mc:Fallback>
              </mc:AlternateContent>
            </w:r>
            <w:r w:rsidR="00DB0B42" w:rsidRPr="001D2A18">
              <w:rPr>
                <w:rFonts w:ascii="SutonnyOMJ" w:hAnsi="SutonnyOMJ" w:cs="SutonnyOMJ"/>
                <w:b/>
                <w:sz w:val="22"/>
              </w:rPr>
              <w:br/>
            </w:r>
            <w:r w:rsidR="00DB0B42" w:rsidRPr="001D2A18">
              <w:rPr>
                <w:rFonts w:ascii="SutonnyOMJ" w:hAnsi="SutonnyOMJ" w:cs="SutonnyOMJ"/>
                <w:b/>
                <w:sz w:val="22"/>
              </w:rPr>
              <w:br/>
            </w:r>
            <w:proofErr w:type="spellStart"/>
            <w:r w:rsidR="00DB0B42" w:rsidRPr="001D2A18">
              <w:rPr>
                <w:rFonts w:ascii="SutonnyOMJ" w:hAnsi="SutonnyOMJ" w:cs="SutonnyOMJ"/>
                <w:b/>
                <w:sz w:val="22"/>
              </w:rPr>
              <w:t>অনুমোদনকারী</w:t>
            </w:r>
            <w:proofErr w:type="spellEnd"/>
          </w:p>
        </w:tc>
      </w:tr>
      <w:tr w:rsidR="00DB0B42" w:rsidRPr="001D2A18" w14:paraId="43AE8419" w14:textId="1D99AB1E" w:rsidTr="00DB0B42">
        <w:tc>
          <w:tcPr>
            <w:tcW w:w="1496" w:type="dxa"/>
            <w:vMerge/>
          </w:tcPr>
          <w:p w14:paraId="4C2EFD51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207" w:type="dxa"/>
            <w:vMerge/>
          </w:tcPr>
          <w:p w14:paraId="41B8DE06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58" w:type="dxa"/>
            <w:vMerge/>
          </w:tcPr>
          <w:p w14:paraId="6C2A5E99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7C0C4B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b/>
                <w:sz w:val="22"/>
              </w:rPr>
              <w:t>হইতে</w:t>
            </w:r>
            <w:proofErr w:type="spellEnd"/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F064B3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b/>
                <w:sz w:val="22"/>
              </w:rPr>
              <w:t>পর্যন্ত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53FD7F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b/>
                <w:sz w:val="22"/>
              </w:rPr>
              <w:t>মোট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BC25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466156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</w:tr>
      <w:tr w:rsidR="00DB0B42" w:rsidRPr="001D2A18" w14:paraId="5BB3BA9D" w14:textId="4610E600" w:rsidTr="001D2A18">
        <w:trPr>
          <w:trHeight w:val="200"/>
        </w:trPr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0E96D0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নৈমিত্তিক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BC7A55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১০</w:t>
            </w:r>
          </w:p>
        </w:tc>
        <w:tc>
          <w:tcPr>
            <w:tcW w:w="9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E07BD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১০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6BB6FA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75C15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743B24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D9FAF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6BF7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</w:tr>
      <w:tr w:rsidR="00DB0B42" w:rsidRPr="001D2A18" w14:paraId="69470617" w14:textId="6EBE8DA9" w:rsidTr="00DB0B42"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0B022A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পীড়াজনিত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EB2AA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১৪</w:t>
            </w:r>
          </w:p>
        </w:tc>
        <w:tc>
          <w:tcPr>
            <w:tcW w:w="9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F90073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১৪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2E357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856DA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989F4B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23DFA1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4D8FAC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</w:tr>
      <w:tr w:rsidR="00DB0B42" w:rsidRPr="001D2A18" w14:paraId="70B8D3F7" w14:textId="7D8D75F3" w:rsidTr="00DB0B42"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C1A20E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অর্জিত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2DD08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০</w:t>
            </w:r>
          </w:p>
        </w:tc>
        <w:tc>
          <w:tcPr>
            <w:tcW w:w="9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9675F8" w14:textId="77777777" w:rsidR="00DB0B42" w:rsidRPr="001D2A18" w:rsidRDefault="00DB0B42" w:rsidP="00AA54C5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>০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385A86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F59FB3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FC4169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663980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F2DB85" w14:textId="77777777" w:rsidR="00DB0B42" w:rsidRPr="001D2A18" w:rsidRDefault="00DB0B42" w:rsidP="00AA54C5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</w:tr>
      <w:tr w:rsidR="00DB0B42" w:rsidRPr="001D2A18" w14:paraId="1437B0FF" w14:textId="1DDC5B0E" w:rsidTr="00DB0B42"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A89D38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 xml:space="preserve">বিশেষ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A45C2A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0839C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75D508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7A7A30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E3497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464B1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9DE47B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</w:tr>
      <w:tr w:rsidR="00DB0B42" w:rsidRPr="001D2A18" w14:paraId="2257BBB5" w14:textId="29530599" w:rsidTr="001D2A18">
        <w:trPr>
          <w:trHeight w:val="209"/>
        </w:trPr>
        <w:tc>
          <w:tcPr>
            <w:tcW w:w="149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DE02F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  <w:r w:rsidRPr="001D2A18">
              <w:rPr>
                <w:rFonts w:ascii="SutonnyOMJ" w:hAnsi="SutonnyOMJ" w:cs="SutonnyOMJ"/>
                <w:sz w:val="22"/>
              </w:rPr>
              <w:t xml:space="preserve">বিনা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বেতনে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DE31BB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5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26B7C9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658697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E93043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ED5945" w14:textId="77777777" w:rsidR="00DB0B42" w:rsidRPr="001D2A18" w:rsidRDefault="00DB0B42" w:rsidP="002B53D7">
            <w:pPr>
              <w:spacing w:after="0" w:line="240" w:lineRule="auto"/>
              <w:rPr>
                <w:rFonts w:ascii="SutonnyOMJ" w:hAnsi="SutonnyOMJ" w:cs="SutonnyOMJ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86B197" w14:textId="53A05EC2" w:rsidR="00DB0B42" w:rsidRPr="001D2A18" w:rsidRDefault="00DB0B42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1D2A18">
              <w:rPr>
                <w:rFonts w:ascii="SutonnyOMJ" w:hAnsi="SutonnyOMJ" w:cs="SutonnyOMJ"/>
                <w:sz w:val="22"/>
              </w:rPr>
              <w:t>প্রযোজ্য</w:t>
            </w:r>
            <w:proofErr w:type="spellEnd"/>
            <w:r w:rsidRPr="001D2A18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1D2A18">
              <w:rPr>
                <w:rFonts w:ascii="SutonnyOMJ" w:hAnsi="SutonnyOMJ" w:cs="SutonnyOMJ"/>
                <w:sz w:val="22"/>
              </w:rPr>
              <w:t>নহে</w:t>
            </w:r>
            <w:proofErr w:type="spellEnd"/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A79EC" w14:textId="77777777" w:rsidR="00DB0B42" w:rsidRPr="001D2A18" w:rsidRDefault="00DB0B42" w:rsidP="002B53D7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</w:p>
        </w:tc>
      </w:tr>
    </w:tbl>
    <w:p w14:paraId="26FA9321" w14:textId="1A129305" w:rsidR="0073300F" w:rsidRPr="001D2A18" w:rsidRDefault="00000000" w:rsidP="00DB0B42">
      <w:pPr>
        <w:spacing w:after="0" w:line="240" w:lineRule="auto"/>
        <w:rPr>
          <w:rFonts w:ascii="SutonnyOMJ" w:hAnsi="SutonnyOMJ" w:cs="SutonnyOMJ"/>
        </w:rPr>
      </w:pPr>
      <w:proofErr w:type="spellStart"/>
      <w:r w:rsidRPr="001D2A18">
        <w:rPr>
          <w:rFonts w:ascii="SutonnyOMJ" w:hAnsi="SutonnyOMJ" w:cs="SutonnyOMJ"/>
          <w:i/>
          <w:sz w:val="18"/>
        </w:rPr>
        <w:t>নোট</w:t>
      </w:r>
      <w:proofErr w:type="spellEnd"/>
      <w:r w:rsidRPr="001D2A18">
        <w:rPr>
          <w:rFonts w:ascii="SutonnyOMJ" w:hAnsi="SutonnyOMJ" w:cs="SutonnyOMJ"/>
          <w:i/>
          <w:sz w:val="18"/>
        </w:rPr>
        <w:t xml:space="preserve">: </w:t>
      </w:r>
      <w:proofErr w:type="spellStart"/>
      <w:r w:rsidRPr="001D2A18">
        <w:rPr>
          <w:rFonts w:ascii="SutonnyOMJ" w:hAnsi="SutonnyOMJ" w:cs="SutonnyOMJ"/>
          <w:i/>
          <w:sz w:val="18"/>
        </w:rPr>
        <w:t>কর্মকর্তাদের</w:t>
      </w:r>
      <w:proofErr w:type="spellEnd"/>
      <w:r w:rsidRPr="001D2A18">
        <w:rPr>
          <w:rFonts w:ascii="SutonnyOMJ" w:hAnsi="SutonnyOMJ" w:cs="SutonnyOMJ"/>
          <w:i/>
          <w:sz w:val="18"/>
        </w:rPr>
        <w:t xml:space="preserve"> ক্ষেত্রে </w:t>
      </w:r>
      <w:proofErr w:type="spellStart"/>
      <w:r w:rsidRPr="001D2A18">
        <w:rPr>
          <w:rFonts w:ascii="SutonnyOMJ" w:hAnsi="SutonnyOMJ" w:cs="SutonnyOMJ"/>
          <w:i/>
          <w:sz w:val="18"/>
        </w:rPr>
        <w:t>অনুমোদনকারী</w:t>
      </w:r>
      <w:proofErr w:type="spellEnd"/>
      <w:r w:rsidRPr="001D2A18">
        <w:rPr>
          <w:rFonts w:ascii="SutonnyOMJ" w:hAnsi="SutonnyOMJ" w:cs="SutonnyOMJ"/>
          <w:i/>
          <w:sz w:val="18"/>
        </w:rPr>
        <w:t xml:space="preserve"> </w:t>
      </w:r>
      <w:proofErr w:type="spellStart"/>
      <w:r w:rsidRPr="001D2A18">
        <w:rPr>
          <w:rFonts w:ascii="SutonnyOMJ" w:hAnsi="SutonnyOMJ" w:cs="SutonnyOMJ"/>
          <w:i/>
          <w:sz w:val="18"/>
        </w:rPr>
        <w:t>সংশ্লিষ্ট</w:t>
      </w:r>
      <w:proofErr w:type="spellEnd"/>
      <w:r w:rsidRPr="001D2A18">
        <w:rPr>
          <w:rFonts w:ascii="SutonnyOMJ" w:hAnsi="SutonnyOMJ" w:cs="SutonnyOMJ"/>
          <w:i/>
          <w:sz w:val="18"/>
        </w:rPr>
        <w:t xml:space="preserve"> </w:t>
      </w:r>
      <w:proofErr w:type="spellStart"/>
      <w:r w:rsidRPr="001D2A18">
        <w:rPr>
          <w:rFonts w:ascii="SutonnyOMJ" w:hAnsi="SutonnyOMJ" w:cs="SutonnyOMJ"/>
          <w:i/>
          <w:sz w:val="18"/>
        </w:rPr>
        <w:t>পরিচালক</w:t>
      </w:r>
      <w:proofErr w:type="spellEnd"/>
      <w:r w:rsidRPr="001D2A18">
        <w:rPr>
          <w:rFonts w:ascii="SutonnyOMJ" w:hAnsi="SutonnyOMJ" w:cs="SutonnyOMJ"/>
          <w:i/>
          <w:sz w:val="18"/>
        </w:rPr>
        <w:t xml:space="preserve"> ও অন্যান্য ক্ষেত্রে ব্যবস্থাপক (এইচআর)</w:t>
      </w:r>
    </w:p>
    <w:p w14:paraId="75EB11A2" w14:textId="2DA2AB84" w:rsidR="0073300F" w:rsidRDefault="00000000" w:rsidP="00DB0B42">
      <w:pPr>
        <w:spacing w:after="0" w:line="240" w:lineRule="auto"/>
        <w:jc w:val="center"/>
        <w:rPr>
          <w:rFonts w:hint="eastAsia"/>
        </w:rPr>
      </w:pPr>
      <w:r>
        <w:rPr>
          <w:color w:val="808080"/>
        </w:rPr>
        <w:t>----------------------------------------------------------------------------------------------------------------------</w:t>
      </w:r>
      <w:r w:rsidR="00DB0B42">
        <w:rPr>
          <w:color w:val="808080"/>
        </w:rPr>
        <w:t>---------------------------------------------</w:t>
      </w:r>
    </w:p>
    <w:p w14:paraId="561059FA" w14:textId="427CA7D6" w:rsidR="0073300F" w:rsidRPr="000265BB" w:rsidRDefault="00000000" w:rsidP="00DB0B42">
      <w:pPr>
        <w:spacing w:after="0" w:line="240" w:lineRule="auto"/>
        <w:jc w:val="center"/>
        <w:rPr>
          <w:rFonts w:ascii="SutonnyOMJ" w:hAnsi="SutonnyOMJ" w:cs="SutonnyOMJ"/>
        </w:rPr>
      </w:pPr>
      <w:proofErr w:type="spellStart"/>
      <w:r w:rsidRPr="000265BB">
        <w:rPr>
          <w:rFonts w:ascii="SutonnyOMJ" w:hAnsi="SutonnyOMJ" w:cs="SutonnyOMJ"/>
          <w:b/>
          <w:sz w:val="32"/>
        </w:rPr>
        <w:t>ইকোনীটস্</w:t>
      </w:r>
      <w:proofErr w:type="spellEnd"/>
      <w:r w:rsidRPr="000265BB">
        <w:rPr>
          <w:rFonts w:ascii="SutonnyOMJ" w:hAnsi="SutonnyOMJ" w:cs="SutonnyOMJ"/>
          <w:b/>
          <w:sz w:val="32"/>
        </w:rPr>
        <w:t xml:space="preserve"> লিঃ</w:t>
      </w:r>
    </w:p>
    <w:p w14:paraId="4C58BBD6" w14:textId="4ADB93BF" w:rsidR="0073300F" w:rsidRPr="000265BB" w:rsidRDefault="00000000" w:rsidP="00DB0B42">
      <w:pPr>
        <w:spacing w:after="0" w:line="240" w:lineRule="auto"/>
        <w:jc w:val="center"/>
        <w:rPr>
          <w:rFonts w:ascii="SutonnyOMJ" w:hAnsi="SutonnyOMJ" w:cs="SutonnyOMJ"/>
        </w:rPr>
      </w:pPr>
      <w:r w:rsidRPr="000265BB">
        <w:rPr>
          <w:rFonts w:ascii="SutonnyOMJ" w:hAnsi="SutonnyOMJ" w:cs="SutonnyOMJ"/>
        </w:rPr>
        <w:t xml:space="preserve">এ-৯৯/১, </w:t>
      </w:r>
      <w:proofErr w:type="spellStart"/>
      <w:r w:rsidRPr="000265BB">
        <w:rPr>
          <w:rFonts w:ascii="SutonnyOMJ" w:hAnsi="SutonnyOMJ" w:cs="SutonnyOMJ"/>
        </w:rPr>
        <w:t>বকরপুর</w:t>
      </w:r>
      <w:proofErr w:type="spellEnd"/>
      <w:r w:rsidRPr="000265BB">
        <w:rPr>
          <w:rFonts w:ascii="SutonnyOMJ" w:hAnsi="SutonnyOMJ" w:cs="SutonnyOMJ"/>
        </w:rPr>
        <w:t>, কালিয়াকৈর, গাজীপুর-১৭৫০।</w:t>
      </w:r>
      <w:r w:rsidRPr="000265BB">
        <w:rPr>
          <w:rFonts w:ascii="SutonnyOMJ" w:hAnsi="SutonnyOMJ" w:cs="SutonnyOMJ"/>
        </w:rPr>
        <w:br/>
      </w:r>
      <w:proofErr w:type="spellStart"/>
      <w:r w:rsidRPr="000265BB">
        <w:rPr>
          <w:rFonts w:ascii="SutonnyOMJ" w:hAnsi="SutonnyOMJ" w:cs="SutonnyOMJ"/>
        </w:rPr>
        <w:t>ফোন</w:t>
      </w:r>
      <w:proofErr w:type="spellEnd"/>
      <w:r w:rsidRPr="000265BB">
        <w:rPr>
          <w:rFonts w:ascii="SutonnyOMJ" w:hAnsi="SutonnyOMJ" w:cs="SutonnyOMJ"/>
        </w:rPr>
        <w:t>: ১৭৪২৭২০০৩৪</w:t>
      </w:r>
    </w:p>
    <w:p w14:paraId="032AEFCA" w14:textId="3B4E0955" w:rsidR="0073300F" w:rsidRPr="000265BB" w:rsidRDefault="00000000" w:rsidP="00DB0B42">
      <w:pPr>
        <w:spacing w:after="0" w:line="240" w:lineRule="auto"/>
        <w:jc w:val="center"/>
        <w:rPr>
          <w:rFonts w:ascii="SutonnyOMJ" w:hAnsi="SutonnyOMJ" w:cs="SutonnyOMJ"/>
        </w:rPr>
      </w:pPr>
      <w:proofErr w:type="spellStart"/>
      <w:r w:rsidRPr="000265BB">
        <w:rPr>
          <w:rFonts w:ascii="SutonnyOMJ" w:hAnsi="SutonnyOMJ" w:cs="SutonnyOMJ"/>
          <w:b/>
          <w:sz w:val="24"/>
          <w:u w:val="single"/>
        </w:rPr>
        <w:t>ছুটির</w:t>
      </w:r>
      <w:proofErr w:type="spellEnd"/>
      <w:r w:rsidRPr="000265BB">
        <w:rPr>
          <w:rFonts w:ascii="SutonnyOMJ" w:hAnsi="SutonnyOMJ" w:cs="SutonnyOMJ"/>
          <w:b/>
          <w:sz w:val="24"/>
          <w:u w:val="single"/>
        </w:rPr>
        <w:t xml:space="preserve"> আবেদন </w:t>
      </w:r>
      <w:proofErr w:type="spellStart"/>
      <w:r w:rsidRPr="000265BB">
        <w:rPr>
          <w:rFonts w:ascii="SutonnyOMJ" w:hAnsi="SutonnyOMJ" w:cs="SutonnyOMJ"/>
          <w:b/>
          <w:sz w:val="24"/>
          <w:u w:val="single"/>
        </w:rPr>
        <w:t>পত্র</w:t>
      </w:r>
      <w:proofErr w:type="spellEnd"/>
    </w:p>
    <w:p w14:paraId="213DD334" w14:textId="1422A835" w:rsidR="0073300F" w:rsidRPr="000265BB" w:rsidRDefault="00000000" w:rsidP="00AA54C5">
      <w:pPr>
        <w:spacing w:after="0" w:line="240" w:lineRule="auto"/>
        <w:rPr>
          <w:rFonts w:ascii="SutonnyOMJ" w:hAnsi="SutonnyOMJ" w:cs="SutonnyOMJ"/>
        </w:rPr>
      </w:pPr>
      <w:r w:rsidRPr="000265BB">
        <w:rPr>
          <w:rFonts w:ascii="SutonnyOMJ" w:hAnsi="SutonnyOMJ" w:cs="SutonnyOMJ"/>
          <w:b/>
          <w:u w:val="single"/>
        </w:rPr>
        <w:t>পার্ট-৩</w:t>
      </w:r>
    </w:p>
    <w:p w14:paraId="41988262" w14:textId="77777777" w:rsidR="00AA54C5" w:rsidRPr="000265BB" w:rsidRDefault="00AA54C5" w:rsidP="00AA54C5">
      <w:pPr>
        <w:tabs>
          <w:tab w:val="left" w:pos="3870"/>
          <w:tab w:val="left" w:pos="7920"/>
        </w:tabs>
        <w:spacing w:line="240" w:lineRule="auto"/>
        <w:rPr>
          <w:rFonts w:ascii="SutonnyOMJ" w:hAnsi="SutonnyOMJ" w:cs="SutonnyOMJ"/>
          <w:sz w:val="22"/>
        </w:rPr>
      </w:pP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6F7357" wp14:editId="46A8AE91">
                <wp:simplePos x="0" y="0"/>
                <wp:positionH relativeFrom="column">
                  <wp:posOffset>5413228</wp:posOffset>
                </wp:positionH>
                <wp:positionV relativeFrom="paragraph">
                  <wp:posOffset>162560</wp:posOffset>
                </wp:positionV>
                <wp:extent cx="1354110" cy="635"/>
                <wp:effectExtent l="0" t="0" r="36830" b="37465"/>
                <wp:wrapNone/>
                <wp:docPr id="12271851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11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72010" id="AutoShape 126" o:spid="_x0000_s1026" type="#_x0000_t32" style="position:absolute;margin-left:426.25pt;margin-top:12.8pt;width:106.6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3DC1F9" wp14:editId="6C474A5E">
                <wp:simplePos x="0" y="0"/>
                <wp:positionH relativeFrom="column">
                  <wp:posOffset>2749697</wp:posOffset>
                </wp:positionH>
                <wp:positionV relativeFrom="paragraph">
                  <wp:posOffset>162560</wp:posOffset>
                </wp:positionV>
                <wp:extent cx="2294492" cy="635"/>
                <wp:effectExtent l="0" t="0" r="29845" b="37465"/>
                <wp:wrapNone/>
                <wp:docPr id="197316090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4492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D9AD5" id="AutoShape 126" o:spid="_x0000_s1026" type="#_x0000_t32" style="position:absolute;margin-left:216.5pt;margin-top:12.8pt;width:180.6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FCDAFC" wp14:editId="50699923">
                <wp:simplePos x="0" y="0"/>
                <wp:positionH relativeFrom="column">
                  <wp:posOffset>223520</wp:posOffset>
                </wp:positionH>
                <wp:positionV relativeFrom="paragraph">
                  <wp:posOffset>162707</wp:posOffset>
                </wp:positionV>
                <wp:extent cx="2294492" cy="635"/>
                <wp:effectExtent l="0" t="0" r="29845" b="37465"/>
                <wp:wrapNone/>
                <wp:docPr id="754488219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4492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2CA1D" id="AutoShape 126" o:spid="_x0000_s1026" type="#_x0000_t32" style="position:absolute;margin-left:17.6pt;margin-top:12.8pt;width:180.6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b/>
          <w:sz w:val="22"/>
        </w:rPr>
        <w:t xml:space="preserve">নামঃ  </w:t>
      </w:r>
      <w:r w:rsidRPr="000265BB">
        <w:rPr>
          <w:rFonts w:ascii="SutonnyOMJ" w:hAnsi="SutonnyOMJ" w:cs="SutonnyOMJ"/>
          <w:b/>
          <w:szCs w:val="20"/>
        </w:rPr>
        <w:t>${name}</w:t>
      </w:r>
      <w:r w:rsidRPr="000265BB">
        <w:rPr>
          <w:rFonts w:ascii="SutonnyOMJ" w:hAnsi="SutonnyOMJ" w:cs="SutonnyOMJ"/>
          <w:b/>
          <w:sz w:val="22"/>
        </w:rPr>
        <w:tab/>
        <w:t xml:space="preserve">পদবীঃ   </w:t>
      </w:r>
      <w:r w:rsidRPr="000265BB">
        <w:rPr>
          <w:rFonts w:ascii="SutonnyOMJ" w:hAnsi="SutonnyOMJ" w:cs="SutonnyOMJ"/>
        </w:rPr>
        <w:t>${</w:t>
      </w:r>
      <w:proofErr w:type="spellStart"/>
      <w:r w:rsidRPr="000265BB">
        <w:rPr>
          <w:rFonts w:ascii="SutonnyOMJ" w:hAnsi="SutonnyOMJ" w:cs="SutonnyOMJ"/>
        </w:rPr>
        <w:t>BDesignation</w:t>
      </w:r>
      <w:proofErr w:type="spellEnd"/>
      <w:r w:rsidRPr="000265BB">
        <w:rPr>
          <w:rFonts w:ascii="SutonnyOMJ" w:hAnsi="SutonnyOMJ" w:cs="SutonnyOMJ"/>
        </w:rPr>
        <w:t>}</w:t>
      </w:r>
      <w:r w:rsidRPr="000265BB">
        <w:rPr>
          <w:rFonts w:ascii="SutonnyOMJ" w:hAnsi="SutonnyOMJ" w:cs="SutonnyOMJ"/>
          <w:b/>
          <w:sz w:val="22"/>
        </w:rPr>
        <w:tab/>
        <w:t xml:space="preserve">আইডিঃ  </w:t>
      </w:r>
      <w:r w:rsidRPr="000265BB">
        <w:rPr>
          <w:rFonts w:ascii="SutonnyOMJ" w:hAnsi="SutonnyOMJ" w:cs="SutonnyOMJ"/>
          <w:bCs/>
          <w:szCs w:val="20"/>
        </w:rPr>
        <w:t>${</w:t>
      </w:r>
      <w:proofErr w:type="spellStart"/>
      <w:r w:rsidRPr="000265BB">
        <w:rPr>
          <w:rFonts w:ascii="SutonnyOMJ" w:hAnsi="SutonnyOMJ" w:cs="SutonnyOMJ"/>
          <w:bCs/>
          <w:szCs w:val="20"/>
        </w:rPr>
        <w:t>Employee_Id</w:t>
      </w:r>
      <w:proofErr w:type="spellEnd"/>
      <w:r w:rsidRPr="000265BB">
        <w:rPr>
          <w:rFonts w:ascii="SutonnyOMJ" w:hAnsi="SutonnyOMJ" w:cs="SutonnyOMJ"/>
          <w:bCs/>
          <w:szCs w:val="20"/>
        </w:rPr>
        <w:t>}</w:t>
      </w:r>
    </w:p>
    <w:p w14:paraId="12CEAEE0" w14:textId="790DFBA3" w:rsidR="00AA54C5" w:rsidRPr="000265BB" w:rsidRDefault="00AA54C5" w:rsidP="00AA54C5">
      <w:pPr>
        <w:tabs>
          <w:tab w:val="left" w:pos="3870"/>
          <w:tab w:val="left" w:pos="7200"/>
        </w:tabs>
        <w:spacing w:line="240" w:lineRule="auto"/>
        <w:rPr>
          <w:rFonts w:ascii="SutonnyOMJ" w:hAnsi="SutonnyOMJ" w:cs="SutonnyOMJ"/>
          <w:sz w:val="22"/>
        </w:rPr>
      </w:pP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24B844" wp14:editId="2982C2BD">
                <wp:simplePos x="0" y="0"/>
                <wp:positionH relativeFrom="column">
                  <wp:posOffset>425093</wp:posOffset>
                </wp:positionH>
                <wp:positionV relativeFrom="paragraph">
                  <wp:posOffset>149225</wp:posOffset>
                </wp:positionV>
                <wp:extent cx="1996124" cy="635"/>
                <wp:effectExtent l="0" t="0" r="23495" b="37465"/>
                <wp:wrapNone/>
                <wp:docPr id="55465571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6124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34B8B" id="AutoShape 126" o:spid="_x0000_s1026" type="#_x0000_t32" style="position:absolute;margin-left:33.45pt;margin-top:11.75pt;width:157.2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09CDCE" wp14:editId="00293C3E">
                <wp:simplePos x="0" y="0"/>
                <wp:positionH relativeFrom="column">
                  <wp:posOffset>2786868</wp:posOffset>
                </wp:positionH>
                <wp:positionV relativeFrom="paragraph">
                  <wp:posOffset>149225</wp:posOffset>
                </wp:positionV>
                <wp:extent cx="1789174" cy="635"/>
                <wp:effectExtent l="0" t="0" r="20955" b="37465"/>
                <wp:wrapNone/>
                <wp:docPr id="126573413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9174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8CEED" id="AutoShape 126" o:spid="_x0000_s1026" type="#_x0000_t32" style="position:absolute;margin-left:219.45pt;margin-top:11.75pt;width:140.9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F8D949" wp14:editId="0DB4994B">
                <wp:simplePos x="0" y="0"/>
                <wp:positionH relativeFrom="column">
                  <wp:posOffset>5412740</wp:posOffset>
                </wp:positionH>
                <wp:positionV relativeFrom="paragraph">
                  <wp:posOffset>149372</wp:posOffset>
                </wp:positionV>
                <wp:extent cx="1354110" cy="635"/>
                <wp:effectExtent l="0" t="0" r="36830" b="37465"/>
                <wp:wrapNone/>
                <wp:docPr id="154948716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11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0546F" id="AutoShape 126" o:spid="_x0000_s1026" type="#_x0000_t32" style="position:absolute;margin-left:426.2pt;margin-top:11.75pt;width:106.6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proofErr w:type="spellStart"/>
      <w:r w:rsidRPr="000265BB">
        <w:rPr>
          <w:rFonts w:ascii="SutonnyOMJ" w:hAnsi="SutonnyOMJ" w:cs="SutonnyOMJ"/>
          <w:b/>
          <w:sz w:val="22"/>
        </w:rPr>
        <w:t>সেকশনঃ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 </w:t>
      </w:r>
      <w:r w:rsidRPr="000265BB">
        <w:rPr>
          <w:rFonts w:ascii="SutonnyOMJ" w:hAnsi="SutonnyOMJ" w:cs="SutonnyOMJ"/>
          <w:b/>
          <w:szCs w:val="20"/>
        </w:rPr>
        <w:t>${Department}</w:t>
      </w:r>
      <w:r w:rsidRPr="000265BB">
        <w:rPr>
          <w:rFonts w:ascii="SutonnyOMJ" w:hAnsi="SutonnyOMJ" w:cs="SutonnyOMJ"/>
          <w:b/>
          <w:sz w:val="22"/>
        </w:rPr>
        <w:tab/>
      </w:r>
      <w:proofErr w:type="spellStart"/>
      <w:r w:rsidRPr="000265BB">
        <w:rPr>
          <w:rFonts w:ascii="SutonnyOMJ" w:hAnsi="SutonnyOMJ" w:cs="SutonnyOMJ"/>
          <w:b/>
          <w:sz w:val="22"/>
        </w:rPr>
        <w:t>ব্লক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নংঃ  </w:t>
      </w:r>
      <w:r w:rsidRPr="000265BB">
        <w:rPr>
          <w:rFonts w:ascii="SutonnyOMJ" w:hAnsi="SutonnyOMJ" w:cs="SutonnyOMJ"/>
          <w:b/>
          <w:sz w:val="22"/>
        </w:rPr>
        <w:tab/>
        <w:t xml:space="preserve">যোগদানের তারিখঃ  </w:t>
      </w:r>
      <w:r w:rsidRPr="00D80592">
        <w:rPr>
          <w:rFonts w:ascii="SutonnyMJ" w:hAnsi="SutonnyMJ" w:cs="SutonnyOMJ"/>
          <w:bCs/>
          <w:szCs w:val="20"/>
        </w:rPr>
        <w:t>${</w:t>
      </w:r>
      <w:proofErr w:type="spellStart"/>
      <w:r w:rsidRPr="00D80592">
        <w:rPr>
          <w:rFonts w:ascii="SutonnyMJ" w:hAnsi="SutonnyMJ" w:cs="SutonnyOMJ"/>
          <w:bCs/>
          <w:szCs w:val="20"/>
        </w:rPr>
        <w:t>Joining_Date</w:t>
      </w:r>
      <w:proofErr w:type="spellEnd"/>
      <w:r w:rsidRPr="00D80592">
        <w:rPr>
          <w:rFonts w:ascii="SutonnyMJ" w:hAnsi="SutonnyMJ" w:cs="SutonnyOMJ"/>
          <w:bCs/>
          <w:szCs w:val="20"/>
        </w:rPr>
        <w:t>}</w:t>
      </w:r>
    </w:p>
    <w:p w14:paraId="1E178B43" w14:textId="2C269DBF" w:rsidR="00AA54C5" w:rsidRPr="000265BB" w:rsidRDefault="00AA54C5" w:rsidP="00AA54C5">
      <w:pPr>
        <w:tabs>
          <w:tab w:val="left" w:pos="4590"/>
          <w:tab w:val="left" w:pos="7830"/>
          <w:tab w:val="left" w:pos="9360"/>
        </w:tabs>
        <w:spacing w:line="240" w:lineRule="auto"/>
        <w:rPr>
          <w:rFonts w:ascii="SutonnyOMJ" w:hAnsi="SutonnyOMJ" w:cs="SutonnyOMJ"/>
          <w:sz w:val="22"/>
        </w:rPr>
      </w:pP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7E6813" wp14:editId="1C9EBDA1">
                <wp:simplePos x="0" y="0"/>
                <wp:positionH relativeFrom="column">
                  <wp:posOffset>5476387</wp:posOffset>
                </wp:positionH>
                <wp:positionV relativeFrom="paragraph">
                  <wp:posOffset>171450</wp:posOffset>
                </wp:positionV>
                <wp:extent cx="547531" cy="635"/>
                <wp:effectExtent l="0" t="0" r="24130" b="37465"/>
                <wp:wrapNone/>
                <wp:docPr id="189038773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531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3E6A5" id="AutoShape 126" o:spid="_x0000_s1026" type="#_x0000_t32" style="position:absolute;margin-left:431.2pt;margin-top:13.5pt;width:43.1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D46CB7" wp14:editId="66807A53">
                <wp:simplePos x="0" y="0"/>
                <wp:positionH relativeFrom="column">
                  <wp:posOffset>3199912</wp:posOffset>
                </wp:positionH>
                <wp:positionV relativeFrom="paragraph">
                  <wp:posOffset>171450</wp:posOffset>
                </wp:positionV>
                <wp:extent cx="1753920" cy="635"/>
                <wp:effectExtent l="0" t="0" r="36830" b="37465"/>
                <wp:wrapNone/>
                <wp:docPr id="123595932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392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7982" id="AutoShape 126" o:spid="_x0000_s1026" type="#_x0000_t32" style="position:absolute;margin-left:251.95pt;margin-top:13.5pt;width:138.1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Pr="000265BB">
        <w:rPr>
          <w:rFonts w:ascii="SutonnyOMJ" w:hAnsi="SutonnyOMJ" w:cs="SutonnyOMJ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B0C503" wp14:editId="6BCFCB57">
                <wp:simplePos x="0" y="0"/>
                <wp:positionH relativeFrom="column">
                  <wp:posOffset>1161294</wp:posOffset>
                </wp:positionH>
                <wp:positionV relativeFrom="paragraph">
                  <wp:posOffset>171450</wp:posOffset>
                </wp:positionV>
                <wp:extent cx="1753920" cy="635"/>
                <wp:effectExtent l="0" t="0" r="36830" b="37465"/>
                <wp:wrapNone/>
                <wp:docPr id="121190195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392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9D1A6" id="AutoShape 126" o:spid="_x0000_s1026" type="#_x0000_t32" style="position:absolute;margin-left:91.45pt;margin-top:13.5pt;width:138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proofErr w:type="spellStart"/>
      <w:r w:rsidRPr="000265BB">
        <w:rPr>
          <w:rFonts w:ascii="SutonnyOMJ" w:hAnsi="SutonnyOMJ" w:cs="SutonnyOMJ"/>
          <w:b/>
          <w:sz w:val="22"/>
        </w:rPr>
        <w:t>আবেদনকৃত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0265BB">
        <w:rPr>
          <w:rFonts w:ascii="SutonnyOMJ" w:hAnsi="SutonnyOMJ" w:cs="SutonnyOMJ"/>
          <w:b/>
          <w:sz w:val="22"/>
        </w:rPr>
        <w:t>ছুটির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0265BB">
        <w:rPr>
          <w:rFonts w:ascii="SutonnyOMJ" w:hAnsi="SutonnyOMJ" w:cs="SutonnyOMJ"/>
          <w:b/>
          <w:sz w:val="22"/>
        </w:rPr>
        <w:t>মেয়াদঃ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r w:rsidRPr="000265BB">
        <w:rPr>
          <w:rFonts w:ascii="SutonnyOMJ" w:hAnsi="SutonnyOMJ" w:cs="SutonnyOMJ"/>
          <w:sz w:val="22"/>
        </w:rPr>
        <w:tab/>
      </w:r>
      <w:proofErr w:type="spellStart"/>
      <w:r w:rsidRPr="000265BB">
        <w:rPr>
          <w:rFonts w:ascii="SutonnyOMJ" w:hAnsi="SutonnyOMJ" w:cs="SutonnyOMJ"/>
          <w:sz w:val="22"/>
        </w:rPr>
        <w:t>হইতে</w:t>
      </w:r>
      <w:proofErr w:type="spellEnd"/>
      <w:r w:rsidRPr="000265BB">
        <w:rPr>
          <w:rFonts w:ascii="SutonnyOMJ" w:hAnsi="SutonnyOMJ" w:cs="SutonnyOMJ"/>
          <w:sz w:val="22"/>
        </w:rPr>
        <w:tab/>
        <w:t>পর্যন্ত, মোট</w:t>
      </w:r>
      <w:r w:rsidRPr="000265BB">
        <w:rPr>
          <w:rFonts w:ascii="SutonnyOMJ" w:hAnsi="SutonnyOMJ" w:cs="SutonnyOMJ"/>
          <w:sz w:val="22"/>
        </w:rPr>
        <w:tab/>
        <w:t xml:space="preserve"> </w:t>
      </w:r>
      <w:proofErr w:type="spellStart"/>
      <w:r w:rsidRPr="000265BB">
        <w:rPr>
          <w:rFonts w:ascii="SutonnyOMJ" w:hAnsi="SutonnyOMJ" w:cs="SutonnyOMJ"/>
          <w:sz w:val="22"/>
        </w:rPr>
        <w:t>দিন</w:t>
      </w:r>
      <w:proofErr w:type="spellEnd"/>
      <w:r w:rsidRPr="000265BB">
        <w:rPr>
          <w:rFonts w:ascii="SutonnyOMJ" w:hAnsi="SutonnyOMJ" w:cs="SutonnyOMJ"/>
          <w:sz w:val="22"/>
        </w:rPr>
        <w:t>।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1496"/>
        <w:gridCol w:w="1496"/>
        <w:gridCol w:w="1496"/>
        <w:gridCol w:w="1496"/>
        <w:gridCol w:w="1496"/>
        <w:gridCol w:w="1496"/>
      </w:tblGrid>
      <w:tr w:rsidR="00AA54C5" w:rsidRPr="000265BB" w14:paraId="1DB98D41" w14:textId="77777777" w:rsidTr="003A3D99">
        <w:trPr>
          <w:trHeight w:val="243"/>
          <w:jc w:val="center"/>
        </w:trPr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46528C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0265BB">
              <w:rPr>
                <w:rFonts w:ascii="SutonnyOMJ" w:hAnsi="SutonnyOMJ" w:cs="SutonnyOMJ"/>
                <w:b/>
                <w:sz w:val="22"/>
              </w:rPr>
              <w:t>ছুটির</w:t>
            </w:r>
            <w:proofErr w:type="spellEnd"/>
            <w:r w:rsidRPr="000265BB">
              <w:rPr>
                <w:rFonts w:ascii="SutonnyOMJ" w:hAnsi="SutonnyOMJ" w:cs="SutonnyOMJ"/>
                <w:b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b/>
                <w:sz w:val="22"/>
              </w:rPr>
              <w:t>ধরণ</w:t>
            </w:r>
            <w:proofErr w:type="spellEnd"/>
            <w:r w:rsidRPr="000265BB">
              <w:rPr>
                <w:rFonts w:ascii="SutonnyOMJ" w:hAnsi="SutonnyOMJ" w:cs="SutonnyOMJ"/>
                <w:b/>
                <w:sz w:val="22"/>
              </w:rPr>
              <w:t>:</w:t>
            </w:r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98A19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0265BB">
              <w:rPr>
                <w:rFonts w:ascii="SutonnyOMJ" w:hAnsi="SutonnyOMJ" w:cs="SutonnyOMJ"/>
                <w:sz w:val="22"/>
              </w:rPr>
              <w:t>নৈমিত্তিক</w:t>
            </w:r>
            <w:proofErr w:type="spellEnd"/>
            <w:r w:rsidRPr="000265BB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38E44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0265BB">
              <w:rPr>
                <w:rFonts w:ascii="SutonnyOMJ" w:hAnsi="SutonnyOMJ" w:cs="SutonnyOMJ"/>
                <w:sz w:val="22"/>
              </w:rPr>
              <w:t>পীড়াজনিত</w:t>
            </w:r>
            <w:proofErr w:type="spellEnd"/>
            <w:r w:rsidRPr="000265BB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C58E7D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0265BB">
              <w:rPr>
                <w:rFonts w:ascii="SutonnyOMJ" w:hAnsi="SutonnyOMJ" w:cs="SutonnyOMJ"/>
                <w:sz w:val="22"/>
              </w:rPr>
              <w:t>অর্জিত</w:t>
            </w:r>
            <w:proofErr w:type="spellEnd"/>
            <w:r w:rsidRPr="000265BB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80556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proofErr w:type="spellStart"/>
            <w:r w:rsidRPr="000265BB">
              <w:rPr>
                <w:rFonts w:ascii="SutonnyOMJ" w:hAnsi="SutonnyOMJ" w:cs="SutonnyOMJ"/>
                <w:sz w:val="22"/>
              </w:rPr>
              <w:t>মাতৃত্বজনিত</w:t>
            </w:r>
            <w:proofErr w:type="spellEnd"/>
            <w:r w:rsidRPr="000265BB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1895D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0265BB">
              <w:rPr>
                <w:rFonts w:ascii="SutonnyOMJ" w:hAnsi="SutonnyOMJ" w:cs="SutonnyOMJ"/>
                <w:sz w:val="22"/>
              </w:rPr>
              <w:t xml:space="preserve">বিশেষ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  <w:tc>
          <w:tcPr>
            <w:tcW w:w="14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F7573" w14:textId="77777777" w:rsidR="00AA54C5" w:rsidRPr="000265BB" w:rsidRDefault="00AA54C5" w:rsidP="003A3D99">
            <w:pPr>
              <w:spacing w:after="0" w:line="240" w:lineRule="auto"/>
              <w:jc w:val="center"/>
              <w:rPr>
                <w:rFonts w:ascii="SutonnyOMJ" w:hAnsi="SutonnyOMJ" w:cs="SutonnyOMJ"/>
                <w:sz w:val="22"/>
              </w:rPr>
            </w:pPr>
            <w:r w:rsidRPr="000265BB">
              <w:rPr>
                <w:rFonts w:ascii="SutonnyOMJ" w:hAnsi="SutonnyOMJ" w:cs="SutonnyOMJ"/>
                <w:sz w:val="22"/>
              </w:rPr>
              <w:t xml:space="preserve">বিনা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বেতনে</w:t>
            </w:r>
            <w:proofErr w:type="spellEnd"/>
            <w:r w:rsidRPr="000265BB">
              <w:rPr>
                <w:rFonts w:ascii="SutonnyOMJ" w:hAnsi="SutonnyOMJ" w:cs="SutonnyOMJ"/>
                <w:sz w:val="22"/>
              </w:rPr>
              <w:t xml:space="preserve"> </w:t>
            </w:r>
            <w:proofErr w:type="spellStart"/>
            <w:r w:rsidRPr="000265BB">
              <w:rPr>
                <w:rFonts w:ascii="SutonnyOMJ" w:hAnsi="SutonnyOMJ" w:cs="SutonnyOMJ"/>
                <w:sz w:val="22"/>
              </w:rPr>
              <w:t>ছুটি</w:t>
            </w:r>
            <w:proofErr w:type="spellEnd"/>
          </w:p>
        </w:tc>
      </w:tr>
    </w:tbl>
    <w:p w14:paraId="726CAD3C" w14:textId="77777777" w:rsidR="00AA54C5" w:rsidRPr="000265BB" w:rsidRDefault="00AA54C5" w:rsidP="00AA54C5">
      <w:pPr>
        <w:spacing w:before="240" w:after="0" w:line="240" w:lineRule="auto"/>
        <w:rPr>
          <w:rFonts w:ascii="SutonnyOMJ" w:hAnsi="SutonnyOMJ" w:cs="SutonnyOMJ"/>
          <w:sz w:val="22"/>
        </w:rPr>
      </w:pPr>
      <w:proofErr w:type="spellStart"/>
      <w:r w:rsidRPr="000265BB">
        <w:rPr>
          <w:rFonts w:ascii="SutonnyOMJ" w:hAnsi="SutonnyOMJ" w:cs="SutonnyOMJ"/>
          <w:b/>
          <w:sz w:val="22"/>
        </w:rPr>
        <w:t>ছুটি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0265BB">
        <w:rPr>
          <w:rFonts w:ascii="SutonnyOMJ" w:hAnsi="SutonnyOMJ" w:cs="SutonnyOMJ"/>
          <w:b/>
          <w:sz w:val="22"/>
        </w:rPr>
        <w:t>ভোগের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কারণঃ</w:t>
      </w:r>
      <w:r w:rsidRPr="000265BB">
        <w:rPr>
          <w:rFonts w:ascii="SutonnyOMJ" w:hAnsi="SutonnyOMJ" w:cs="SutonnyOMJ"/>
          <w:sz w:val="22"/>
        </w:rPr>
        <w:t>..........................................................................................................................................................</w:t>
      </w:r>
      <w:r w:rsidRPr="000265BB">
        <w:rPr>
          <w:rFonts w:ascii="SutonnyOMJ" w:hAnsi="SutonnyOMJ" w:cs="SutonnyOMJ"/>
          <w:sz w:val="22"/>
        </w:rPr>
        <w:br/>
        <w:t>.................................................................................................................................................................................</w:t>
      </w:r>
    </w:p>
    <w:p w14:paraId="78478D58" w14:textId="4E3EC098" w:rsidR="0073300F" w:rsidRPr="00DB0B42" w:rsidRDefault="00AA54C5" w:rsidP="009153FA">
      <w:pPr>
        <w:spacing w:line="240" w:lineRule="auto"/>
        <w:rPr>
          <w:rFonts w:hint="eastAsia"/>
          <w:sz w:val="8"/>
          <w:szCs w:val="2"/>
        </w:rPr>
      </w:pPr>
      <w:proofErr w:type="spellStart"/>
      <w:r w:rsidRPr="000265BB">
        <w:rPr>
          <w:rFonts w:ascii="SutonnyOMJ" w:hAnsi="SutonnyOMJ" w:cs="SutonnyOMJ"/>
          <w:b/>
          <w:sz w:val="22"/>
        </w:rPr>
        <w:t>ছুটি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0265BB">
        <w:rPr>
          <w:rFonts w:ascii="SutonnyOMJ" w:hAnsi="SutonnyOMJ" w:cs="SutonnyOMJ"/>
          <w:b/>
          <w:sz w:val="22"/>
        </w:rPr>
        <w:t>ভোগকালীন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</w:t>
      </w:r>
      <w:proofErr w:type="spellStart"/>
      <w:r w:rsidRPr="000265BB">
        <w:rPr>
          <w:rFonts w:ascii="SutonnyOMJ" w:hAnsi="SutonnyOMJ" w:cs="SutonnyOMJ"/>
          <w:b/>
          <w:sz w:val="22"/>
        </w:rPr>
        <w:t>অবস্থানের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ঠিকানা ও </w:t>
      </w:r>
      <w:proofErr w:type="spellStart"/>
      <w:r w:rsidRPr="000265BB">
        <w:rPr>
          <w:rFonts w:ascii="SutonnyOMJ" w:hAnsi="SutonnyOMJ" w:cs="SutonnyOMJ"/>
          <w:b/>
          <w:sz w:val="22"/>
        </w:rPr>
        <w:t>ফোন</w:t>
      </w:r>
      <w:proofErr w:type="spellEnd"/>
      <w:r w:rsidRPr="000265BB">
        <w:rPr>
          <w:rFonts w:ascii="SutonnyOMJ" w:hAnsi="SutonnyOMJ" w:cs="SutonnyOMJ"/>
          <w:b/>
          <w:sz w:val="22"/>
        </w:rPr>
        <w:t xml:space="preserve"> নম্বর:</w:t>
      </w:r>
      <w:r w:rsidRPr="000265BB">
        <w:rPr>
          <w:rFonts w:ascii="SutonnyOMJ" w:hAnsi="SutonnyOMJ" w:cs="SutonnyOMJ"/>
          <w:sz w:val="22"/>
        </w:rPr>
        <w:t>................................................</w:t>
      </w:r>
      <w:r w:rsidRPr="001D2A18">
        <w:rPr>
          <w:rFonts w:ascii="SutonnyOMJ" w:hAnsi="SutonnyOMJ" w:cs="SutonnyOMJ"/>
          <w:sz w:val="22"/>
        </w:rPr>
        <w:t>.......................................................................</w:t>
      </w:r>
      <w:r w:rsidRPr="001D2A18">
        <w:rPr>
          <w:rFonts w:ascii="SutonnyOMJ" w:hAnsi="SutonnyOMJ" w:cs="SutonnyOMJ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66"/>
        <w:gridCol w:w="2819"/>
      </w:tblGrid>
      <w:tr w:rsidR="00DB0B42" w:rsidRPr="009153FA" w14:paraId="491AFB7A" w14:textId="1F92135D" w:rsidTr="00DB0B42">
        <w:tc>
          <w:tcPr>
            <w:tcW w:w="8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064F3E" w14:textId="77777777" w:rsidR="00DB0B42" w:rsidRPr="009153FA" w:rsidRDefault="00DB0B42" w:rsidP="009153FA">
            <w:pPr>
              <w:spacing w:line="240" w:lineRule="auto"/>
              <w:jc w:val="both"/>
              <w:rPr>
                <w:rFonts w:ascii="SutonnyOMJ" w:hAnsi="SutonnyOMJ" w:cs="SutonnyOMJ"/>
                <w:sz w:val="18"/>
                <w:szCs w:val="20"/>
              </w:rPr>
            </w:pPr>
            <w:proofErr w:type="spellStart"/>
            <w:r w:rsidRPr="009153FA">
              <w:rPr>
                <w:rFonts w:ascii="SutonnyOMJ" w:hAnsi="SutonnyOMJ" w:cs="SutonnyOMJ"/>
                <w:b/>
                <w:sz w:val="18"/>
                <w:szCs w:val="20"/>
              </w:rPr>
              <w:t>মন্তব্য</w:t>
            </w:r>
            <w:proofErr w:type="spellEnd"/>
            <w:r w:rsidRPr="009153FA">
              <w:rPr>
                <w:rFonts w:ascii="SutonnyOMJ" w:hAnsi="SutonnyOMJ" w:cs="SutonnyOMJ"/>
                <w:b/>
                <w:sz w:val="18"/>
                <w:szCs w:val="20"/>
              </w:rPr>
              <w:t xml:space="preserve"> (যদি থাকে): .........................................................................................................................................</w:t>
            </w:r>
            <w:r w:rsidRPr="009153FA">
              <w:rPr>
                <w:rFonts w:ascii="SutonnyOMJ" w:hAnsi="SutonnyOMJ" w:cs="SutonnyOMJ"/>
                <w:b/>
                <w:sz w:val="18"/>
                <w:szCs w:val="20"/>
              </w:rPr>
              <w:br/>
              <w:t>........................................................................................................................................................................</w:t>
            </w:r>
            <w:r w:rsidRPr="009153FA">
              <w:rPr>
                <w:rFonts w:ascii="SutonnyOMJ" w:hAnsi="SutonnyOMJ" w:cs="SutonnyOMJ"/>
                <w:b/>
                <w:sz w:val="18"/>
                <w:szCs w:val="20"/>
              </w:rPr>
              <w:br/>
              <w:t>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FD98A6" w14:textId="2D74AB3F" w:rsidR="00DB0B42" w:rsidRPr="009153FA" w:rsidRDefault="00DB0B42" w:rsidP="009153FA">
            <w:pPr>
              <w:spacing w:line="240" w:lineRule="auto"/>
              <w:jc w:val="center"/>
              <w:rPr>
                <w:rFonts w:ascii="SutonnyOMJ" w:hAnsi="SutonnyOMJ" w:cs="SutonnyOMJ"/>
                <w:b/>
                <w:sz w:val="18"/>
                <w:szCs w:val="20"/>
              </w:rPr>
            </w:pPr>
            <w:proofErr w:type="spellStart"/>
            <w:r w:rsidRPr="009153FA">
              <w:rPr>
                <w:rFonts w:ascii="SutonnyOMJ" w:hAnsi="SutonnyOMJ" w:cs="SutonnyOMJ"/>
                <w:b/>
                <w:sz w:val="18"/>
                <w:szCs w:val="20"/>
              </w:rPr>
              <w:t>অনুমোদনকারী</w:t>
            </w:r>
            <w:proofErr w:type="spellEnd"/>
          </w:p>
        </w:tc>
      </w:tr>
    </w:tbl>
    <w:p w14:paraId="2B2E5E33" w14:textId="174B5D6B" w:rsidR="0073300F" w:rsidRPr="009153FA" w:rsidRDefault="0073300F" w:rsidP="00DB0B42">
      <w:pPr>
        <w:spacing w:before="480" w:line="240" w:lineRule="auto"/>
        <w:rPr>
          <w:rFonts w:ascii="SutonnyOMJ" w:hAnsi="SutonnyOMJ" w:cs="SutonnyOMJ"/>
        </w:rPr>
      </w:pPr>
    </w:p>
    <w:sectPr w:rsidR="0073300F" w:rsidRPr="009153FA" w:rsidSect="00AA54C5">
      <w:pgSz w:w="11909" w:h="16834"/>
      <w:pgMar w:top="270" w:right="299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CF45" w14:textId="77777777" w:rsidR="00123D77" w:rsidRDefault="00123D77" w:rsidP="00DB0B4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0BF275" w14:textId="77777777" w:rsidR="00123D77" w:rsidRDefault="00123D77" w:rsidP="00DB0B4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Kalpurush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F9FCC" w14:textId="77777777" w:rsidR="00123D77" w:rsidRDefault="00123D77" w:rsidP="00DB0B4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23EE462" w14:textId="77777777" w:rsidR="00123D77" w:rsidRDefault="00123D77" w:rsidP="00DB0B4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840057">
    <w:abstractNumId w:val="8"/>
  </w:num>
  <w:num w:numId="2" w16cid:durableId="468207510">
    <w:abstractNumId w:val="6"/>
  </w:num>
  <w:num w:numId="3" w16cid:durableId="1835299971">
    <w:abstractNumId w:val="5"/>
  </w:num>
  <w:num w:numId="4" w16cid:durableId="711926664">
    <w:abstractNumId w:val="4"/>
  </w:num>
  <w:num w:numId="5" w16cid:durableId="956181215">
    <w:abstractNumId w:val="7"/>
  </w:num>
  <w:num w:numId="6" w16cid:durableId="1182471049">
    <w:abstractNumId w:val="3"/>
  </w:num>
  <w:num w:numId="7" w16cid:durableId="1947426142">
    <w:abstractNumId w:val="2"/>
  </w:num>
  <w:num w:numId="8" w16cid:durableId="1969773535">
    <w:abstractNumId w:val="1"/>
  </w:num>
  <w:num w:numId="9" w16cid:durableId="174576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5BB"/>
    <w:rsid w:val="00034616"/>
    <w:rsid w:val="0006063C"/>
    <w:rsid w:val="00123D77"/>
    <w:rsid w:val="0015074B"/>
    <w:rsid w:val="001D2A18"/>
    <w:rsid w:val="001F60B9"/>
    <w:rsid w:val="00216D7E"/>
    <w:rsid w:val="00280347"/>
    <w:rsid w:val="0029639D"/>
    <w:rsid w:val="002B53D7"/>
    <w:rsid w:val="00326F90"/>
    <w:rsid w:val="00521AD4"/>
    <w:rsid w:val="005A748E"/>
    <w:rsid w:val="0073300F"/>
    <w:rsid w:val="007338CA"/>
    <w:rsid w:val="007455AF"/>
    <w:rsid w:val="008B2ED9"/>
    <w:rsid w:val="009153FA"/>
    <w:rsid w:val="00980409"/>
    <w:rsid w:val="00A7460D"/>
    <w:rsid w:val="00AA1D8D"/>
    <w:rsid w:val="00AA54C5"/>
    <w:rsid w:val="00B30891"/>
    <w:rsid w:val="00B47730"/>
    <w:rsid w:val="00C27EFF"/>
    <w:rsid w:val="00CB0664"/>
    <w:rsid w:val="00CB2E2E"/>
    <w:rsid w:val="00D80592"/>
    <w:rsid w:val="00DB0B42"/>
    <w:rsid w:val="00FC693F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E7261"/>
  <w14:defaultImageDpi w14:val="300"/>
  <w15:docId w15:val="{7B67C613-78FE-4189-A355-002D1FB1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Kalpurush" w:hAnsi="Kalpurush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Md Jubayer</cp:lastModifiedBy>
  <cp:revision>14</cp:revision>
  <dcterms:created xsi:type="dcterms:W3CDTF">2026-07-12T08:31:00Z</dcterms:created>
  <dcterms:modified xsi:type="dcterms:W3CDTF">2026-07-12T09:29:00Z</dcterms:modified>
  <cp:category/>
</cp:coreProperties>
</file>